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4FB" w:rsidRPr="00F01BCA" w:rsidRDefault="00BC7AE0" w:rsidP="00F01BCA">
      <w:pPr>
        <w:pStyle w:val="BodyText"/>
        <w:jc w:val="center"/>
        <w:rPr>
          <w:rFonts w:ascii="Times New Roman" w:hAnsi="Times New Roman" w:cs="Times New Roman"/>
          <w:b/>
          <w:sz w:val="32"/>
        </w:rPr>
      </w:pPr>
      <w:r w:rsidRPr="006601E6">
        <w:rPr>
          <w:rFonts w:ascii="Times New Roman" w:eastAsia="Times New Roman" w:hAnsi="Times New Roman" w:cs="Times New Roman"/>
          <w:b/>
          <w:noProof/>
          <w:sz w:val="24"/>
          <w:szCs w:val="24"/>
        </w:rPr>
        <w:drawing>
          <wp:anchor distT="0" distB="0" distL="114300" distR="114300" simplePos="0" relativeHeight="251661312" behindDoc="1" locked="0" layoutInCell="1" allowOverlap="1" wp14:anchorId="2EF91D44" wp14:editId="25E4927F">
            <wp:simplePos x="0" y="0"/>
            <wp:positionH relativeFrom="column">
              <wp:posOffset>4572000</wp:posOffset>
            </wp:positionH>
            <wp:positionV relativeFrom="paragraph">
              <wp:posOffset>-233045</wp:posOffset>
            </wp:positionV>
            <wp:extent cx="1343025" cy="1078865"/>
            <wp:effectExtent l="0" t="0" r="9525" b="6985"/>
            <wp:wrapNone/>
            <wp:docPr id="3" name="Picture 3" descr="C:\Users\Admin\Desktop\2016 DOCS\impotrant files\IMPORTANT\SCHOOL LOGO\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016 DOCS\impotrant files\IMPORTANT\SCHOOL LOGO\COLOUR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302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01E6">
        <w:rPr>
          <w:rFonts w:ascii="Times New Roman" w:eastAsia="Times New Roman" w:hAnsi="Times New Roman" w:cs="Times New Roman"/>
          <w:b/>
          <w:noProof/>
          <w:sz w:val="24"/>
          <w:szCs w:val="24"/>
        </w:rPr>
        <w:drawing>
          <wp:anchor distT="0" distB="0" distL="114300" distR="114300" simplePos="0" relativeHeight="251659264" behindDoc="1" locked="0" layoutInCell="1" allowOverlap="1" wp14:anchorId="2C615964" wp14:editId="2DAF0900">
            <wp:simplePos x="0" y="0"/>
            <wp:positionH relativeFrom="column">
              <wp:posOffset>-263538</wp:posOffset>
            </wp:positionH>
            <wp:positionV relativeFrom="paragraph">
              <wp:posOffset>-233045</wp:posOffset>
            </wp:positionV>
            <wp:extent cx="1343025" cy="1078865"/>
            <wp:effectExtent l="0" t="0" r="9525" b="6985"/>
            <wp:wrapNone/>
            <wp:docPr id="1" name="Picture 1" descr="C:\Users\Admin\Desktop\2016 DOCS\impotrant files\IMPORTANT\SCHOOL LOGO\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016 DOCS\impotrant files\IMPORTANT\SCHOOL LOGO\COLOUR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302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A8B" w:rsidRPr="00F01BCA">
        <w:rPr>
          <w:rFonts w:ascii="Times New Roman" w:hAnsi="Times New Roman" w:cs="Times New Roman"/>
          <w:b/>
          <w:sz w:val="32"/>
        </w:rPr>
        <w:t>WHITESTAR SENIOR SCHOOL</w:t>
      </w:r>
    </w:p>
    <w:p w:rsidR="00BB64FB" w:rsidRPr="00F01BCA" w:rsidRDefault="00026A8B" w:rsidP="00F01BCA">
      <w:pPr>
        <w:pStyle w:val="BodyText"/>
        <w:jc w:val="center"/>
        <w:rPr>
          <w:rFonts w:ascii="Times New Roman" w:hAnsi="Times New Roman" w:cs="Times New Roman"/>
          <w:b/>
          <w:sz w:val="32"/>
        </w:rPr>
      </w:pPr>
      <w:r w:rsidRPr="00F01BCA">
        <w:rPr>
          <w:rFonts w:ascii="Times New Roman" w:hAnsi="Times New Roman" w:cs="Times New Roman"/>
          <w:b/>
          <w:sz w:val="32"/>
        </w:rPr>
        <w:t>SCHOOL RULES AND REGULATIONS</w:t>
      </w:r>
    </w:p>
    <w:p w:rsidR="009347DD" w:rsidRDefault="009347DD">
      <w:pPr>
        <w:pStyle w:val="BodyText"/>
        <w:rPr>
          <w:rFonts w:ascii="Times New Roman" w:hAnsi="Times New Roman" w:cs="Times New Roman"/>
          <w:sz w:val="24"/>
        </w:rPr>
      </w:pPr>
      <w:r>
        <w:rPr>
          <w:rFonts w:ascii="Times New Roman" w:hAnsi="Times New Roman" w:cs="Times New Roman"/>
          <w:sz w:val="24"/>
        </w:rPr>
        <w:t xml:space="preserve">A student in Whitestar Senior school will </w:t>
      </w:r>
      <w:r w:rsidRPr="009347DD">
        <w:rPr>
          <w:rFonts w:ascii="Times New Roman" w:hAnsi="Times New Roman" w:cs="Times New Roman"/>
          <w:b/>
          <w:sz w:val="24"/>
          <w:u w:val="single"/>
        </w:rPr>
        <w:t xml:space="preserve">respect </w:t>
      </w:r>
      <w:proofErr w:type="gramStart"/>
      <w:r w:rsidRPr="009347DD">
        <w:rPr>
          <w:rFonts w:ascii="Times New Roman" w:hAnsi="Times New Roman" w:cs="Times New Roman"/>
          <w:b/>
          <w:sz w:val="24"/>
          <w:u w:val="single"/>
        </w:rPr>
        <w:t>God</w:t>
      </w:r>
      <w:r>
        <w:rPr>
          <w:rFonts w:ascii="Times New Roman" w:hAnsi="Times New Roman" w:cs="Times New Roman"/>
          <w:sz w:val="24"/>
        </w:rPr>
        <w:t xml:space="preserve"> </w:t>
      </w:r>
      <w:r>
        <w:rPr>
          <w:rFonts w:ascii="Times New Roman" w:hAnsi="Times New Roman" w:cs="Times New Roman"/>
          <w:b/>
          <w:sz w:val="24"/>
          <w:u w:val="single"/>
        </w:rPr>
        <w:t>,</w:t>
      </w:r>
      <w:proofErr w:type="gramEnd"/>
      <w:r>
        <w:rPr>
          <w:rFonts w:ascii="Times New Roman" w:hAnsi="Times New Roman" w:cs="Times New Roman"/>
          <w:b/>
          <w:sz w:val="24"/>
          <w:u w:val="single"/>
        </w:rPr>
        <w:t xml:space="preserve"> </w:t>
      </w:r>
      <w:r>
        <w:rPr>
          <w:rFonts w:ascii="Times New Roman" w:hAnsi="Times New Roman" w:cs="Times New Roman"/>
          <w:sz w:val="24"/>
        </w:rPr>
        <w:t xml:space="preserve">respect all other members of the community and respect himself/ herself. As a school established on Christian faith and belief, all students will attend School assemblies, parade and prayer meetings. </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sz w:val="24"/>
        </w:rPr>
        <w:t>All students should observe the following guidelines when school is in session.</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b/>
          <w:sz w:val="24"/>
        </w:rPr>
        <w:t>A</w:t>
      </w:r>
      <w:r w:rsidRPr="00F01BCA">
        <w:rPr>
          <w:rFonts w:ascii="Times New Roman" w:hAnsi="Times New Roman" w:cs="Times New Roman"/>
          <w:sz w:val="24"/>
        </w:rPr>
        <w:t xml:space="preserve">. </w:t>
      </w:r>
      <w:r w:rsidRPr="00F01BCA">
        <w:rPr>
          <w:rFonts w:ascii="Times New Roman" w:hAnsi="Times New Roman" w:cs="Times New Roman"/>
          <w:b/>
          <w:sz w:val="24"/>
        </w:rPr>
        <w:t>GROOMING AND DRESS CODE</w:t>
      </w:r>
    </w:p>
    <w:p w:rsidR="00BB64FB" w:rsidRPr="00F01BCA" w:rsidRDefault="00026A8B" w:rsidP="00F01BCA">
      <w:pPr>
        <w:pStyle w:val="BodyText"/>
        <w:numPr>
          <w:ilvl w:val="0"/>
          <w:numId w:val="10"/>
        </w:numPr>
        <w:rPr>
          <w:rFonts w:ascii="Times New Roman" w:hAnsi="Times New Roman" w:cs="Times New Roman"/>
          <w:sz w:val="24"/>
        </w:rPr>
      </w:pPr>
      <w:r w:rsidRPr="00F01BCA">
        <w:rPr>
          <w:rFonts w:ascii="Times New Roman" w:hAnsi="Times New Roman" w:cs="Times New Roman"/>
          <w:sz w:val="24"/>
        </w:rPr>
        <w:t xml:space="preserve">The Whitestar Senior School uniform is one of the </w:t>
      </w:r>
      <w:r w:rsidR="009347DD" w:rsidRPr="00F01BCA">
        <w:rPr>
          <w:rFonts w:ascii="Times New Roman" w:hAnsi="Times New Roman" w:cs="Times New Roman"/>
          <w:sz w:val="24"/>
        </w:rPr>
        <w:t>school’s</w:t>
      </w:r>
      <w:r w:rsidRPr="00F01BCA">
        <w:rPr>
          <w:rFonts w:ascii="Times New Roman" w:hAnsi="Times New Roman" w:cs="Times New Roman"/>
          <w:sz w:val="24"/>
        </w:rPr>
        <w:t xml:space="preserve"> most </w:t>
      </w:r>
      <w:proofErr w:type="spellStart"/>
      <w:r w:rsidR="009347DD" w:rsidRPr="00F01BCA">
        <w:rPr>
          <w:rFonts w:ascii="Times New Roman" w:hAnsi="Times New Roman" w:cs="Times New Roman"/>
          <w:sz w:val="24"/>
        </w:rPr>
        <w:t>hono</w:t>
      </w:r>
      <w:r w:rsidR="006601E6">
        <w:rPr>
          <w:rFonts w:ascii="Times New Roman" w:hAnsi="Times New Roman" w:cs="Times New Roman"/>
          <w:sz w:val="24"/>
        </w:rPr>
        <w:t>ured</w:t>
      </w:r>
      <w:proofErr w:type="spellEnd"/>
      <w:r w:rsidR="006601E6">
        <w:rPr>
          <w:rFonts w:ascii="Times New Roman" w:hAnsi="Times New Roman" w:cs="Times New Roman"/>
          <w:sz w:val="24"/>
        </w:rPr>
        <w:t xml:space="preserve"> </w:t>
      </w:r>
      <w:proofErr w:type="gramStart"/>
      <w:r w:rsidR="006601E6">
        <w:rPr>
          <w:rFonts w:ascii="Times New Roman" w:hAnsi="Times New Roman" w:cs="Times New Roman"/>
          <w:sz w:val="24"/>
        </w:rPr>
        <w:t>tra</w:t>
      </w:r>
      <w:r w:rsidR="009347DD" w:rsidRPr="00F01BCA">
        <w:rPr>
          <w:rFonts w:ascii="Times New Roman" w:hAnsi="Times New Roman" w:cs="Times New Roman"/>
          <w:sz w:val="24"/>
        </w:rPr>
        <w:t>dition</w:t>
      </w:r>
      <w:proofErr w:type="gramEnd"/>
      <w:r w:rsidRPr="00F01BCA">
        <w:rPr>
          <w:rFonts w:ascii="Times New Roman" w:hAnsi="Times New Roman" w:cs="Times New Roman"/>
          <w:sz w:val="24"/>
        </w:rPr>
        <w:t>.</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sz w:val="24"/>
        </w:rPr>
        <w:t>Whenever and wherever it is worn, it must be worn with pride and with care for</w:t>
      </w:r>
      <w:r w:rsidR="00F01BCA">
        <w:rPr>
          <w:rFonts w:ascii="Times New Roman" w:hAnsi="Times New Roman" w:cs="Times New Roman"/>
          <w:sz w:val="24"/>
        </w:rPr>
        <w:t xml:space="preserve"> </w:t>
      </w:r>
      <w:r w:rsidRPr="00F01BCA">
        <w:rPr>
          <w:rFonts w:ascii="Times New Roman" w:hAnsi="Times New Roman" w:cs="Times New Roman"/>
          <w:sz w:val="24"/>
        </w:rPr>
        <w:t>its neatness and cleanliness.</w:t>
      </w:r>
    </w:p>
    <w:p w:rsidR="00BB64FB" w:rsidRPr="00F01BCA" w:rsidRDefault="00026A8B" w:rsidP="00F01BCA">
      <w:pPr>
        <w:pStyle w:val="BodyText"/>
        <w:numPr>
          <w:ilvl w:val="0"/>
          <w:numId w:val="10"/>
        </w:numPr>
        <w:rPr>
          <w:rFonts w:ascii="Times New Roman" w:hAnsi="Times New Roman" w:cs="Times New Roman"/>
          <w:sz w:val="24"/>
        </w:rPr>
      </w:pPr>
      <w:r w:rsidRPr="00F01BCA">
        <w:rPr>
          <w:rFonts w:ascii="Times New Roman" w:hAnsi="Times New Roman" w:cs="Times New Roman"/>
          <w:sz w:val="24"/>
        </w:rPr>
        <w:t>Personal hygiene must be maintained by every student at all times.</w:t>
      </w:r>
    </w:p>
    <w:p w:rsidR="00BB64FB" w:rsidRPr="00F01BCA" w:rsidRDefault="00026A8B" w:rsidP="00F01BCA">
      <w:pPr>
        <w:pStyle w:val="BodyText"/>
        <w:numPr>
          <w:ilvl w:val="0"/>
          <w:numId w:val="10"/>
        </w:numPr>
        <w:rPr>
          <w:rFonts w:ascii="Times New Roman" w:hAnsi="Times New Roman" w:cs="Times New Roman"/>
          <w:sz w:val="24"/>
        </w:rPr>
      </w:pPr>
      <w:r w:rsidRPr="00F01BCA">
        <w:rPr>
          <w:rFonts w:ascii="Times New Roman" w:hAnsi="Times New Roman" w:cs="Times New Roman"/>
          <w:sz w:val="24"/>
        </w:rPr>
        <w:t>Students are expected</w:t>
      </w:r>
      <w:r w:rsidR="00F01BCA">
        <w:rPr>
          <w:rFonts w:ascii="Times New Roman" w:hAnsi="Times New Roman" w:cs="Times New Roman"/>
          <w:sz w:val="24"/>
        </w:rPr>
        <w:t xml:space="preserve"> </w:t>
      </w:r>
      <w:r w:rsidRPr="00F01BCA">
        <w:rPr>
          <w:rFonts w:ascii="Times New Roman" w:hAnsi="Times New Roman" w:cs="Times New Roman"/>
          <w:sz w:val="24"/>
        </w:rPr>
        <w:t xml:space="preserve">to wear the appropriate school uniform </w:t>
      </w:r>
      <w:r w:rsidRPr="00F01BCA">
        <w:rPr>
          <w:rFonts w:ascii="Times New Roman" w:hAnsi="Times New Roman" w:cs="Times New Roman"/>
          <w:sz w:val="24"/>
        </w:rPr>
        <w:t>at all times.</w:t>
      </w:r>
    </w:p>
    <w:p w:rsidR="00BB64FB" w:rsidRPr="00F01BCA" w:rsidRDefault="00026A8B" w:rsidP="00F01BCA">
      <w:pPr>
        <w:pStyle w:val="BodyText"/>
        <w:numPr>
          <w:ilvl w:val="0"/>
          <w:numId w:val="10"/>
        </w:numPr>
        <w:rPr>
          <w:rFonts w:ascii="Times New Roman" w:hAnsi="Times New Roman" w:cs="Times New Roman"/>
          <w:sz w:val="24"/>
        </w:rPr>
      </w:pPr>
      <w:r w:rsidRPr="00F01BCA">
        <w:rPr>
          <w:rFonts w:ascii="Times New Roman" w:hAnsi="Times New Roman" w:cs="Times New Roman"/>
          <w:sz w:val="24"/>
        </w:rPr>
        <w:t xml:space="preserve">Students should be in </w:t>
      </w:r>
      <w:r w:rsidRPr="006601E6">
        <w:rPr>
          <w:rFonts w:ascii="Times New Roman" w:hAnsi="Times New Roman" w:cs="Times New Roman"/>
          <w:b/>
          <w:sz w:val="24"/>
          <w:u w:val="single"/>
        </w:rPr>
        <w:t>school uniform</w:t>
      </w:r>
      <w:r w:rsidRPr="00F01BCA">
        <w:rPr>
          <w:rFonts w:ascii="Times New Roman" w:hAnsi="Times New Roman" w:cs="Times New Roman"/>
          <w:sz w:val="24"/>
        </w:rPr>
        <w:t xml:space="preserve"> throughout the school term.</w:t>
      </w:r>
      <w:r w:rsidR="009347DD">
        <w:rPr>
          <w:rFonts w:ascii="Times New Roman" w:hAnsi="Times New Roman" w:cs="Times New Roman"/>
          <w:sz w:val="24"/>
        </w:rPr>
        <w:t xml:space="preserve">                                                                                      </w:t>
      </w:r>
    </w:p>
    <w:p w:rsidR="00BB64FB" w:rsidRPr="00F01BCA" w:rsidRDefault="00026A8B" w:rsidP="00F01BCA">
      <w:pPr>
        <w:pStyle w:val="BodyText"/>
        <w:numPr>
          <w:ilvl w:val="0"/>
          <w:numId w:val="10"/>
        </w:numPr>
        <w:rPr>
          <w:rFonts w:ascii="Times New Roman" w:hAnsi="Times New Roman" w:cs="Times New Roman"/>
          <w:sz w:val="24"/>
        </w:rPr>
      </w:pPr>
      <w:r w:rsidRPr="00F01BCA">
        <w:rPr>
          <w:rFonts w:ascii="Times New Roman" w:hAnsi="Times New Roman" w:cs="Times New Roman"/>
          <w:sz w:val="24"/>
        </w:rPr>
        <w:t>Uniform should be;</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sz w:val="24"/>
        </w:rPr>
        <w:t>a)</w:t>
      </w:r>
      <w:r w:rsidR="00F01BCA">
        <w:rPr>
          <w:rFonts w:ascii="Times New Roman" w:hAnsi="Times New Roman" w:cs="Times New Roman"/>
          <w:sz w:val="24"/>
        </w:rPr>
        <w:t xml:space="preserve"> </w:t>
      </w:r>
      <w:r w:rsidRPr="00F01BCA">
        <w:rPr>
          <w:rFonts w:ascii="Times New Roman" w:hAnsi="Times New Roman" w:cs="Times New Roman"/>
          <w:sz w:val="24"/>
        </w:rPr>
        <w:t>Marked clearly.</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sz w:val="24"/>
        </w:rPr>
        <w:t>b) Clean and not torn.</w:t>
      </w:r>
    </w:p>
    <w:p w:rsidR="00BB64FB" w:rsidRPr="00F01BCA" w:rsidRDefault="00026A8B">
      <w:pPr>
        <w:pStyle w:val="BodyText"/>
        <w:rPr>
          <w:rFonts w:ascii="Times New Roman" w:hAnsi="Times New Roman" w:cs="Times New Roman"/>
          <w:sz w:val="24"/>
        </w:rPr>
      </w:pPr>
      <w:r w:rsidRPr="00F01BCA">
        <w:rPr>
          <w:rFonts w:ascii="Times New Roman" w:hAnsi="Times New Roman" w:cs="Times New Roman"/>
          <w:sz w:val="24"/>
        </w:rPr>
        <w:t>c) Dirty and torn uniform, non-black hair ribbons, wrong shoes,Jackets without school logo, ankle socks and any othe</w:t>
      </w:r>
      <w:r w:rsidRPr="00F01BCA">
        <w:rPr>
          <w:rFonts w:ascii="Times New Roman" w:hAnsi="Times New Roman" w:cs="Times New Roman"/>
          <w:sz w:val="24"/>
        </w:rPr>
        <w:t>r non-uniform items shall be confiscated.</w:t>
      </w:r>
    </w:p>
    <w:p w:rsidR="00BB64FB" w:rsidRPr="006601E6" w:rsidRDefault="00026A8B" w:rsidP="00F01BCA">
      <w:pPr>
        <w:pStyle w:val="BodyText"/>
        <w:numPr>
          <w:ilvl w:val="0"/>
          <w:numId w:val="14"/>
        </w:numPr>
        <w:rPr>
          <w:rFonts w:ascii="Times New Roman" w:hAnsi="Times New Roman" w:cs="Times New Roman"/>
          <w:b/>
          <w:sz w:val="24"/>
          <w:u w:val="single"/>
        </w:rPr>
      </w:pPr>
      <w:r w:rsidRPr="00F01BCA">
        <w:rPr>
          <w:rFonts w:ascii="Times New Roman" w:hAnsi="Times New Roman" w:cs="Times New Roman"/>
          <w:sz w:val="24"/>
        </w:rPr>
        <w:t>Students must be in Full School Uniform in and out of school during</w:t>
      </w:r>
      <w:r w:rsidR="006601E6">
        <w:rPr>
          <w:rFonts w:ascii="Times New Roman" w:hAnsi="Times New Roman" w:cs="Times New Roman"/>
          <w:sz w:val="24"/>
        </w:rPr>
        <w:t xml:space="preserve"> </w:t>
      </w:r>
      <w:r w:rsidRPr="00F01BCA">
        <w:rPr>
          <w:rFonts w:ascii="Times New Roman" w:hAnsi="Times New Roman" w:cs="Times New Roman"/>
          <w:sz w:val="24"/>
        </w:rPr>
        <w:t xml:space="preserve">school functions OR activities. </w:t>
      </w:r>
      <w:r w:rsidRPr="006601E6">
        <w:rPr>
          <w:rFonts w:ascii="Times New Roman" w:hAnsi="Times New Roman" w:cs="Times New Roman"/>
          <w:b/>
          <w:sz w:val="24"/>
        </w:rPr>
        <w:t>HOME CLOTHES ARE NOTALLOWED</w:t>
      </w:r>
      <w:r w:rsidRPr="00F01BCA">
        <w:rPr>
          <w:rFonts w:ascii="Times New Roman" w:hAnsi="Times New Roman" w:cs="Times New Roman"/>
          <w:sz w:val="24"/>
        </w:rPr>
        <w:t xml:space="preserve">. </w:t>
      </w:r>
      <w:r w:rsidRPr="006601E6">
        <w:rPr>
          <w:rFonts w:ascii="Times New Roman" w:hAnsi="Times New Roman" w:cs="Times New Roman"/>
          <w:b/>
          <w:sz w:val="24"/>
          <w:u w:val="single"/>
        </w:rPr>
        <w:t>Skirts should be decent and NOT shortened ortightened.</w:t>
      </w:r>
    </w:p>
    <w:p w:rsidR="00BB64FB" w:rsidRPr="00F01BCA" w:rsidRDefault="00026A8B" w:rsidP="006601E6">
      <w:pPr>
        <w:pStyle w:val="BodyText"/>
        <w:numPr>
          <w:ilvl w:val="0"/>
          <w:numId w:val="14"/>
        </w:numPr>
        <w:rPr>
          <w:rFonts w:ascii="Times New Roman" w:hAnsi="Times New Roman" w:cs="Times New Roman"/>
          <w:sz w:val="24"/>
        </w:rPr>
      </w:pPr>
      <w:r w:rsidRPr="00F01BCA">
        <w:rPr>
          <w:rFonts w:ascii="Times New Roman" w:hAnsi="Times New Roman" w:cs="Times New Roman"/>
          <w:sz w:val="24"/>
        </w:rPr>
        <w:t>Students are not allowed to</w:t>
      </w:r>
      <w:r w:rsidRPr="00F01BCA">
        <w:rPr>
          <w:rFonts w:ascii="Times New Roman" w:hAnsi="Times New Roman" w:cs="Times New Roman"/>
          <w:sz w:val="24"/>
        </w:rPr>
        <w:t xml:space="preserve"> borrow uniform and any other personaleffects.</w:t>
      </w:r>
    </w:p>
    <w:p w:rsidR="00BB64FB" w:rsidRPr="00F01BCA" w:rsidRDefault="00026A8B" w:rsidP="006601E6">
      <w:pPr>
        <w:pStyle w:val="BodyText"/>
        <w:numPr>
          <w:ilvl w:val="0"/>
          <w:numId w:val="14"/>
        </w:numPr>
        <w:rPr>
          <w:rFonts w:ascii="Times New Roman" w:hAnsi="Times New Roman" w:cs="Times New Roman"/>
          <w:sz w:val="24"/>
        </w:rPr>
      </w:pPr>
      <w:r w:rsidRPr="00F01BCA">
        <w:rPr>
          <w:rFonts w:ascii="Times New Roman" w:hAnsi="Times New Roman" w:cs="Times New Roman"/>
          <w:sz w:val="24"/>
        </w:rPr>
        <w:t>Every student is responsible for his/her own personal cleanliness.</w:t>
      </w:r>
    </w:p>
    <w:p w:rsidR="00BB64FB" w:rsidRPr="00F01BCA" w:rsidRDefault="00026A8B" w:rsidP="006601E6">
      <w:pPr>
        <w:pStyle w:val="BodyText"/>
        <w:numPr>
          <w:ilvl w:val="0"/>
          <w:numId w:val="14"/>
        </w:numPr>
        <w:rPr>
          <w:rFonts w:ascii="Times New Roman" w:hAnsi="Times New Roman" w:cs="Times New Roman"/>
          <w:sz w:val="24"/>
        </w:rPr>
      </w:pPr>
      <w:r w:rsidRPr="00F01BCA">
        <w:rPr>
          <w:rFonts w:ascii="Times New Roman" w:hAnsi="Times New Roman" w:cs="Times New Roman"/>
          <w:sz w:val="24"/>
        </w:rPr>
        <w:t>Every student is expected to carry out the duty all</w:t>
      </w:r>
      <w:bookmarkStart w:id="0" w:name="_GoBack"/>
      <w:bookmarkEnd w:id="0"/>
      <w:r w:rsidRPr="00F01BCA">
        <w:rPr>
          <w:rFonts w:ascii="Times New Roman" w:hAnsi="Times New Roman" w:cs="Times New Roman"/>
          <w:sz w:val="24"/>
        </w:rPr>
        <w:t>ocated to her at thespecified time.</w:t>
      </w:r>
    </w:p>
    <w:p w:rsidR="00BB64FB" w:rsidRDefault="00026A8B" w:rsidP="006601E6">
      <w:pPr>
        <w:pStyle w:val="BodyText"/>
        <w:numPr>
          <w:ilvl w:val="0"/>
          <w:numId w:val="14"/>
        </w:numPr>
        <w:rPr>
          <w:rFonts w:ascii="Times New Roman" w:hAnsi="Times New Roman" w:cs="Times New Roman"/>
          <w:sz w:val="24"/>
        </w:rPr>
      </w:pPr>
      <w:r w:rsidRPr="00F01BCA">
        <w:rPr>
          <w:rFonts w:ascii="Times New Roman" w:hAnsi="Times New Roman" w:cs="Times New Roman"/>
          <w:sz w:val="24"/>
        </w:rPr>
        <w:t>Hair will be kept neat, of natural colour and pulled</w:t>
      </w:r>
      <w:r w:rsidRPr="00F01BCA">
        <w:rPr>
          <w:rFonts w:ascii="Times New Roman" w:hAnsi="Times New Roman" w:cs="Times New Roman"/>
          <w:sz w:val="24"/>
        </w:rPr>
        <w:t xml:space="preserve"> back.</w:t>
      </w:r>
    </w:p>
    <w:p w:rsidR="0075455F" w:rsidRPr="0075455F" w:rsidRDefault="0075455F" w:rsidP="006601E6">
      <w:pPr>
        <w:pStyle w:val="BodyText"/>
        <w:numPr>
          <w:ilvl w:val="0"/>
          <w:numId w:val="14"/>
        </w:numPr>
        <w:rPr>
          <w:rFonts w:ascii="Times New Roman" w:hAnsi="Times New Roman" w:cs="Times New Roman"/>
          <w:sz w:val="24"/>
        </w:rPr>
      </w:pPr>
      <w:r w:rsidRPr="0075455F">
        <w:rPr>
          <w:rFonts w:ascii="Times New Roman" w:hAnsi="Times New Roman" w:cs="Times New Roman"/>
          <w:sz w:val="24"/>
        </w:rPr>
        <w:t>Braided hair should be of black colour and of medium size and length</w:t>
      </w:r>
      <w:r w:rsidR="006601E6">
        <w:rPr>
          <w:rFonts w:ascii="Times New Roman" w:hAnsi="Times New Roman" w:cs="Times New Roman"/>
          <w:sz w:val="24"/>
        </w:rPr>
        <w:t xml:space="preserve"> </w:t>
      </w:r>
      <w:r w:rsidRPr="0075455F">
        <w:rPr>
          <w:rFonts w:ascii="Times New Roman" w:hAnsi="Times New Roman" w:cs="Times New Roman"/>
          <w:sz w:val="24"/>
        </w:rPr>
        <w:t>well tied at the back.</w:t>
      </w:r>
    </w:p>
    <w:p w:rsidR="0075455F" w:rsidRPr="0075455F" w:rsidRDefault="0075455F" w:rsidP="006601E6">
      <w:pPr>
        <w:pStyle w:val="BodyText"/>
        <w:numPr>
          <w:ilvl w:val="0"/>
          <w:numId w:val="14"/>
        </w:numPr>
        <w:rPr>
          <w:rFonts w:ascii="Times New Roman" w:hAnsi="Times New Roman" w:cs="Times New Roman"/>
          <w:sz w:val="24"/>
        </w:rPr>
      </w:pPr>
      <w:r w:rsidRPr="0075455F">
        <w:rPr>
          <w:rFonts w:ascii="Times New Roman" w:hAnsi="Times New Roman" w:cs="Times New Roman"/>
          <w:sz w:val="24"/>
        </w:rPr>
        <w:t xml:space="preserve">Boys should maintain hair cut </w:t>
      </w:r>
      <w:r w:rsidRPr="006601E6">
        <w:rPr>
          <w:rFonts w:ascii="Times New Roman" w:hAnsi="Times New Roman" w:cs="Times New Roman"/>
          <w:b/>
          <w:sz w:val="24"/>
          <w:u w:val="single"/>
        </w:rPr>
        <w:t>G</w:t>
      </w:r>
      <w:r w:rsidR="006601E6" w:rsidRPr="006601E6">
        <w:rPr>
          <w:rFonts w:ascii="Times New Roman" w:hAnsi="Times New Roman" w:cs="Times New Roman"/>
          <w:b/>
          <w:sz w:val="24"/>
          <w:u w:val="single"/>
        </w:rPr>
        <w:t>a</w:t>
      </w:r>
      <w:r w:rsidRPr="006601E6">
        <w:rPr>
          <w:rFonts w:ascii="Times New Roman" w:hAnsi="Times New Roman" w:cs="Times New Roman"/>
          <w:b/>
          <w:sz w:val="24"/>
          <w:u w:val="single"/>
        </w:rPr>
        <w:t>ug</w:t>
      </w:r>
      <w:r w:rsidR="006601E6" w:rsidRPr="006601E6">
        <w:rPr>
          <w:rFonts w:ascii="Times New Roman" w:hAnsi="Times New Roman" w:cs="Times New Roman"/>
          <w:b/>
          <w:sz w:val="24"/>
          <w:u w:val="single"/>
        </w:rPr>
        <w:t>e</w:t>
      </w:r>
      <w:r w:rsidRPr="006601E6">
        <w:rPr>
          <w:rFonts w:ascii="Times New Roman" w:hAnsi="Times New Roman" w:cs="Times New Roman"/>
          <w:b/>
          <w:sz w:val="24"/>
          <w:u w:val="single"/>
        </w:rPr>
        <w:t xml:space="preserve"> 1.5 </w:t>
      </w:r>
      <w:r w:rsidRPr="0075455F">
        <w:rPr>
          <w:rFonts w:ascii="Times New Roman" w:hAnsi="Times New Roman" w:cs="Times New Roman"/>
          <w:sz w:val="24"/>
        </w:rPr>
        <w:t>and be always thoroughly</w:t>
      </w:r>
      <w:r w:rsidR="006601E6">
        <w:rPr>
          <w:rFonts w:ascii="Times New Roman" w:hAnsi="Times New Roman" w:cs="Times New Roman"/>
          <w:sz w:val="24"/>
        </w:rPr>
        <w:t xml:space="preserve"> </w:t>
      </w:r>
      <w:r w:rsidRPr="0075455F">
        <w:rPr>
          <w:rFonts w:ascii="Times New Roman" w:hAnsi="Times New Roman" w:cs="Times New Roman"/>
          <w:sz w:val="24"/>
        </w:rPr>
        <w:t xml:space="preserve">combed and no hairstyle is allowed. </w:t>
      </w:r>
      <w:proofErr w:type="gramStart"/>
      <w:r w:rsidRPr="0075455F">
        <w:rPr>
          <w:rFonts w:ascii="Times New Roman" w:hAnsi="Times New Roman" w:cs="Times New Roman"/>
          <w:sz w:val="24"/>
        </w:rPr>
        <w:t>Fa</w:t>
      </w:r>
      <w:r w:rsidR="006601E6">
        <w:rPr>
          <w:rFonts w:ascii="Times New Roman" w:hAnsi="Times New Roman" w:cs="Times New Roman"/>
          <w:sz w:val="24"/>
        </w:rPr>
        <w:t xml:space="preserve">ilure </w:t>
      </w:r>
      <w:r w:rsidRPr="0075455F">
        <w:rPr>
          <w:rFonts w:ascii="Times New Roman" w:hAnsi="Times New Roman" w:cs="Times New Roman"/>
          <w:sz w:val="24"/>
        </w:rPr>
        <w:t xml:space="preserve"> to</w:t>
      </w:r>
      <w:proofErr w:type="gramEnd"/>
      <w:r w:rsidRPr="0075455F">
        <w:rPr>
          <w:rFonts w:ascii="Times New Roman" w:hAnsi="Times New Roman" w:cs="Times New Roman"/>
          <w:sz w:val="24"/>
        </w:rPr>
        <w:t xml:space="preserve"> adhere to this the</w:t>
      </w:r>
      <w:r w:rsidR="006601E6">
        <w:rPr>
          <w:rFonts w:ascii="Times New Roman" w:hAnsi="Times New Roman" w:cs="Times New Roman"/>
          <w:sz w:val="24"/>
        </w:rPr>
        <w:t xml:space="preserve"> </w:t>
      </w:r>
      <w:r w:rsidRPr="0075455F">
        <w:rPr>
          <w:rFonts w:ascii="Times New Roman" w:hAnsi="Times New Roman" w:cs="Times New Roman"/>
          <w:sz w:val="24"/>
        </w:rPr>
        <w:t>student wilt be ask</w:t>
      </w:r>
      <w:r w:rsidR="006601E6">
        <w:rPr>
          <w:rFonts w:ascii="Times New Roman" w:hAnsi="Times New Roman" w:cs="Times New Roman"/>
          <w:sz w:val="24"/>
        </w:rPr>
        <w:t>e</w:t>
      </w:r>
      <w:r w:rsidRPr="0075455F">
        <w:rPr>
          <w:rFonts w:ascii="Times New Roman" w:hAnsi="Times New Roman" w:cs="Times New Roman"/>
          <w:sz w:val="24"/>
        </w:rPr>
        <w:t>d to do clean hair shave.</w:t>
      </w:r>
    </w:p>
    <w:p w:rsidR="0075455F" w:rsidRPr="0075455F" w:rsidRDefault="0075455F" w:rsidP="00306747">
      <w:pPr>
        <w:pStyle w:val="BodyText"/>
        <w:numPr>
          <w:ilvl w:val="0"/>
          <w:numId w:val="14"/>
        </w:numPr>
        <w:rPr>
          <w:rFonts w:ascii="Times New Roman" w:hAnsi="Times New Roman" w:cs="Times New Roman"/>
          <w:sz w:val="24"/>
        </w:rPr>
      </w:pPr>
      <w:r w:rsidRPr="0075455F">
        <w:rPr>
          <w:rFonts w:ascii="Times New Roman" w:hAnsi="Times New Roman" w:cs="Times New Roman"/>
          <w:sz w:val="24"/>
        </w:rPr>
        <w:t>Use of cosmetics including perfumes, body sprays,</w:t>
      </w:r>
      <w:r w:rsidR="00581FE3">
        <w:rPr>
          <w:rFonts w:ascii="Times New Roman" w:hAnsi="Times New Roman" w:cs="Times New Roman"/>
          <w:sz w:val="24"/>
        </w:rPr>
        <w:t xml:space="preserve"> </w:t>
      </w:r>
      <w:proofErr w:type="spellStart"/>
      <w:r w:rsidRPr="0075455F">
        <w:rPr>
          <w:rFonts w:ascii="Times New Roman" w:hAnsi="Times New Roman" w:cs="Times New Roman"/>
          <w:sz w:val="24"/>
        </w:rPr>
        <w:t>jewellery</w:t>
      </w:r>
      <w:proofErr w:type="spellEnd"/>
      <w:r w:rsidRPr="0075455F">
        <w:rPr>
          <w:rFonts w:ascii="Times New Roman" w:hAnsi="Times New Roman" w:cs="Times New Roman"/>
          <w:sz w:val="24"/>
        </w:rPr>
        <w:t>,</w:t>
      </w:r>
      <w:r w:rsidR="00581FE3">
        <w:rPr>
          <w:rFonts w:ascii="Times New Roman" w:hAnsi="Times New Roman" w:cs="Times New Roman"/>
          <w:sz w:val="24"/>
        </w:rPr>
        <w:t xml:space="preserve"> </w:t>
      </w:r>
      <w:proofErr w:type="gramStart"/>
      <w:r w:rsidRPr="0075455F">
        <w:rPr>
          <w:rFonts w:ascii="Times New Roman" w:hAnsi="Times New Roman" w:cs="Times New Roman"/>
          <w:sz w:val="24"/>
        </w:rPr>
        <w:t>nail</w:t>
      </w:r>
      <w:proofErr w:type="gramEnd"/>
      <w:r w:rsidRPr="0075455F">
        <w:rPr>
          <w:rFonts w:ascii="Times New Roman" w:hAnsi="Times New Roman" w:cs="Times New Roman"/>
          <w:sz w:val="24"/>
        </w:rPr>
        <w:t xml:space="preserve"> polish</w:t>
      </w:r>
      <w:r w:rsidR="006601E6">
        <w:rPr>
          <w:rFonts w:ascii="Times New Roman" w:hAnsi="Times New Roman" w:cs="Times New Roman"/>
          <w:sz w:val="24"/>
        </w:rPr>
        <w:t xml:space="preserve"> </w:t>
      </w:r>
      <w:r w:rsidRPr="0075455F">
        <w:rPr>
          <w:rFonts w:ascii="Times New Roman" w:hAnsi="Times New Roman" w:cs="Times New Roman"/>
          <w:sz w:val="24"/>
        </w:rPr>
        <w:t>is not permitted. Long nails are strictly prohibited.</w:t>
      </w:r>
    </w:p>
    <w:p w:rsidR="0075455F" w:rsidRPr="0075455F" w:rsidRDefault="0075455F" w:rsidP="00581FE3">
      <w:pPr>
        <w:pStyle w:val="BodyText"/>
        <w:numPr>
          <w:ilvl w:val="0"/>
          <w:numId w:val="14"/>
        </w:numPr>
        <w:rPr>
          <w:rFonts w:ascii="Times New Roman" w:hAnsi="Times New Roman" w:cs="Times New Roman"/>
          <w:sz w:val="24"/>
        </w:rPr>
      </w:pPr>
      <w:r w:rsidRPr="0075455F">
        <w:rPr>
          <w:rFonts w:ascii="Times New Roman" w:hAnsi="Times New Roman" w:cs="Times New Roman"/>
          <w:sz w:val="24"/>
        </w:rPr>
        <w:t xml:space="preserve">School uniform must be kept neat and clean. </w:t>
      </w:r>
      <w:proofErr w:type="spellStart"/>
      <w:r w:rsidRPr="0075455F">
        <w:rPr>
          <w:rFonts w:ascii="Times New Roman" w:hAnsi="Times New Roman" w:cs="Times New Roman"/>
          <w:sz w:val="24"/>
        </w:rPr>
        <w:t>Jewellery</w:t>
      </w:r>
      <w:proofErr w:type="spellEnd"/>
      <w:r w:rsidRPr="0075455F">
        <w:rPr>
          <w:rFonts w:ascii="Times New Roman" w:hAnsi="Times New Roman" w:cs="Times New Roman"/>
          <w:sz w:val="24"/>
        </w:rPr>
        <w:t xml:space="preserve"> should not be</w:t>
      </w:r>
      <w:r w:rsidR="006601E6">
        <w:rPr>
          <w:rFonts w:ascii="Times New Roman" w:hAnsi="Times New Roman" w:cs="Times New Roman"/>
          <w:sz w:val="24"/>
        </w:rPr>
        <w:t xml:space="preserve"> </w:t>
      </w:r>
      <w:r w:rsidRPr="0075455F">
        <w:rPr>
          <w:rFonts w:ascii="Times New Roman" w:hAnsi="Times New Roman" w:cs="Times New Roman"/>
          <w:sz w:val="24"/>
        </w:rPr>
        <w:t>worn with school uniform.</w:t>
      </w:r>
    </w:p>
    <w:p w:rsidR="0075455F" w:rsidRPr="0075455F" w:rsidRDefault="0075455F" w:rsidP="00581FE3">
      <w:pPr>
        <w:pStyle w:val="BodyText"/>
        <w:numPr>
          <w:ilvl w:val="0"/>
          <w:numId w:val="14"/>
        </w:numPr>
        <w:rPr>
          <w:rFonts w:ascii="Times New Roman" w:hAnsi="Times New Roman" w:cs="Times New Roman"/>
          <w:sz w:val="24"/>
        </w:rPr>
      </w:pPr>
      <w:r w:rsidRPr="0075455F">
        <w:rPr>
          <w:rFonts w:ascii="Times New Roman" w:hAnsi="Times New Roman" w:cs="Times New Roman"/>
          <w:sz w:val="24"/>
        </w:rPr>
        <w:lastRenderedPageBreak/>
        <w:t>Dress decently at all times. Crocs could be worn in the dining hall and</w:t>
      </w:r>
      <w:r w:rsidR="006601E6">
        <w:rPr>
          <w:rFonts w:ascii="Times New Roman" w:hAnsi="Times New Roman" w:cs="Times New Roman"/>
          <w:sz w:val="24"/>
        </w:rPr>
        <w:t xml:space="preserve"> </w:t>
      </w:r>
      <w:r w:rsidRPr="0075455F">
        <w:rPr>
          <w:rFonts w:ascii="Times New Roman" w:hAnsi="Times New Roman" w:cs="Times New Roman"/>
          <w:sz w:val="24"/>
        </w:rPr>
        <w:t>tuition area after classes.</w:t>
      </w:r>
    </w:p>
    <w:p w:rsidR="0075455F" w:rsidRPr="0075455F" w:rsidRDefault="0075455F" w:rsidP="00581FE3">
      <w:pPr>
        <w:pStyle w:val="BodyText"/>
        <w:numPr>
          <w:ilvl w:val="0"/>
          <w:numId w:val="14"/>
        </w:numPr>
        <w:rPr>
          <w:rFonts w:ascii="Times New Roman" w:hAnsi="Times New Roman" w:cs="Times New Roman"/>
          <w:sz w:val="24"/>
        </w:rPr>
      </w:pPr>
      <w:r w:rsidRPr="0075455F">
        <w:rPr>
          <w:rFonts w:ascii="Times New Roman" w:hAnsi="Times New Roman" w:cs="Times New Roman"/>
          <w:sz w:val="24"/>
        </w:rPr>
        <w:t>Black leather shoes should be worn with school socks.</w:t>
      </w:r>
    </w:p>
    <w:p w:rsidR="0075455F" w:rsidRPr="00306747" w:rsidRDefault="0075455F" w:rsidP="0075455F">
      <w:pPr>
        <w:pStyle w:val="BodyText"/>
        <w:rPr>
          <w:rFonts w:ascii="Times New Roman" w:hAnsi="Times New Roman" w:cs="Times New Roman"/>
          <w:b/>
          <w:sz w:val="24"/>
        </w:rPr>
      </w:pPr>
      <w:r w:rsidRPr="00306747">
        <w:rPr>
          <w:rFonts w:ascii="Times New Roman" w:hAnsi="Times New Roman" w:cs="Times New Roman"/>
          <w:b/>
          <w:sz w:val="24"/>
        </w:rPr>
        <w:t>B. CONDUCT</w:t>
      </w:r>
    </w:p>
    <w:p w:rsidR="0075455F" w:rsidRPr="0075455F" w:rsidRDefault="0075455F" w:rsidP="00581FE3">
      <w:pPr>
        <w:pStyle w:val="BodyText"/>
        <w:numPr>
          <w:ilvl w:val="0"/>
          <w:numId w:val="15"/>
        </w:numPr>
        <w:rPr>
          <w:rFonts w:ascii="Times New Roman" w:hAnsi="Times New Roman" w:cs="Times New Roman"/>
          <w:sz w:val="24"/>
        </w:rPr>
      </w:pPr>
      <w:r w:rsidRPr="0075455F">
        <w:rPr>
          <w:rFonts w:ascii="Times New Roman" w:hAnsi="Times New Roman" w:cs="Times New Roman"/>
          <w:sz w:val="24"/>
        </w:rPr>
        <w:t>All students must remain in the school throughout except when permitted</w:t>
      </w:r>
      <w:r w:rsidR="006601E6">
        <w:rPr>
          <w:rFonts w:ascii="Times New Roman" w:hAnsi="Times New Roman" w:cs="Times New Roman"/>
          <w:sz w:val="24"/>
        </w:rPr>
        <w:t xml:space="preserve"> </w:t>
      </w:r>
      <w:r w:rsidRPr="0075455F">
        <w:rPr>
          <w:rFonts w:ascii="Times New Roman" w:hAnsi="Times New Roman" w:cs="Times New Roman"/>
          <w:sz w:val="24"/>
        </w:rPr>
        <w:t>to go out during official functions. In case a student has to go home</w:t>
      </w:r>
      <w:r w:rsidR="006601E6">
        <w:rPr>
          <w:rFonts w:ascii="Times New Roman" w:hAnsi="Times New Roman" w:cs="Times New Roman"/>
          <w:sz w:val="24"/>
        </w:rPr>
        <w:t xml:space="preserve"> </w:t>
      </w:r>
      <w:r w:rsidRPr="0075455F">
        <w:rPr>
          <w:rFonts w:ascii="Times New Roman" w:hAnsi="Times New Roman" w:cs="Times New Roman"/>
          <w:sz w:val="24"/>
        </w:rPr>
        <w:t>during the term,</w:t>
      </w:r>
      <w:r w:rsidR="006601E6">
        <w:rPr>
          <w:rFonts w:ascii="Times New Roman" w:hAnsi="Times New Roman" w:cs="Times New Roman"/>
          <w:sz w:val="24"/>
        </w:rPr>
        <w:t xml:space="preserve"> </w:t>
      </w:r>
      <w:r w:rsidRPr="0075455F">
        <w:rPr>
          <w:rFonts w:ascii="Times New Roman" w:hAnsi="Times New Roman" w:cs="Times New Roman"/>
          <w:sz w:val="24"/>
        </w:rPr>
        <w:t>he/she must be issued with a leave-out pass signed by the</w:t>
      </w:r>
      <w:r w:rsidR="006601E6">
        <w:rPr>
          <w:rFonts w:ascii="Times New Roman" w:hAnsi="Times New Roman" w:cs="Times New Roman"/>
          <w:sz w:val="24"/>
        </w:rPr>
        <w:t xml:space="preserve"> </w:t>
      </w:r>
      <w:r w:rsidRPr="0075455F">
        <w:rPr>
          <w:rFonts w:ascii="Times New Roman" w:hAnsi="Times New Roman" w:cs="Times New Roman"/>
          <w:sz w:val="24"/>
        </w:rPr>
        <w:t>school authority. This must be surrendered to the relevant school</w:t>
      </w:r>
      <w:r w:rsidR="006601E6">
        <w:rPr>
          <w:rFonts w:ascii="Times New Roman" w:hAnsi="Times New Roman" w:cs="Times New Roman"/>
          <w:sz w:val="24"/>
        </w:rPr>
        <w:t xml:space="preserve"> </w:t>
      </w:r>
      <w:proofErr w:type="gramStart"/>
      <w:r w:rsidRPr="0075455F">
        <w:rPr>
          <w:rFonts w:ascii="Times New Roman" w:hAnsi="Times New Roman" w:cs="Times New Roman"/>
          <w:sz w:val="24"/>
        </w:rPr>
        <w:t>authority(</w:t>
      </w:r>
      <w:proofErr w:type="gramEnd"/>
      <w:r w:rsidRPr="0075455F">
        <w:rPr>
          <w:rFonts w:ascii="Times New Roman" w:hAnsi="Times New Roman" w:cs="Times New Roman"/>
          <w:sz w:val="24"/>
        </w:rPr>
        <w:t>Sneaking is self -expulsion and has got no re</w:t>
      </w:r>
      <w:r w:rsidR="006601E6">
        <w:rPr>
          <w:rFonts w:ascii="Times New Roman" w:hAnsi="Times New Roman" w:cs="Times New Roman"/>
          <w:sz w:val="24"/>
        </w:rPr>
        <w:t>course</w:t>
      </w:r>
      <w:r w:rsidRPr="0075455F">
        <w:rPr>
          <w:rFonts w:ascii="Times New Roman" w:hAnsi="Times New Roman" w:cs="Times New Roman"/>
          <w:sz w:val="24"/>
        </w:rPr>
        <w:t xml:space="preserve"> it puts the school in a very </w:t>
      </w:r>
      <w:r w:rsidR="006601E6" w:rsidRPr="0075455F">
        <w:rPr>
          <w:rFonts w:ascii="Times New Roman" w:hAnsi="Times New Roman" w:cs="Times New Roman"/>
          <w:sz w:val="24"/>
        </w:rPr>
        <w:t>serious</w:t>
      </w:r>
      <w:r w:rsidRPr="0075455F">
        <w:rPr>
          <w:rFonts w:ascii="Times New Roman" w:hAnsi="Times New Roman" w:cs="Times New Roman"/>
          <w:sz w:val="24"/>
        </w:rPr>
        <w:t xml:space="preserve"> risk, If a student</w:t>
      </w:r>
      <w:r w:rsidR="006601E6">
        <w:rPr>
          <w:rFonts w:ascii="Times New Roman" w:hAnsi="Times New Roman" w:cs="Times New Roman"/>
          <w:sz w:val="24"/>
        </w:rPr>
        <w:t xml:space="preserve"> </w:t>
      </w:r>
      <w:r w:rsidR="006601E6" w:rsidRPr="0075455F">
        <w:rPr>
          <w:rFonts w:ascii="Times New Roman" w:hAnsi="Times New Roman" w:cs="Times New Roman"/>
          <w:sz w:val="24"/>
        </w:rPr>
        <w:t>expresses</w:t>
      </w:r>
      <w:r w:rsidR="006601E6">
        <w:rPr>
          <w:rFonts w:ascii="Times New Roman" w:hAnsi="Times New Roman" w:cs="Times New Roman"/>
          <w:sz w:val="24"/>
        </w:rPr>
        <w:t xml:space="preserve"> </w:t>
      </w:r>
      <w:r w:rsidRPr="0075455F">
        <w:rPr>
          <w:rFonts w:ascii="Times New Roman" w:hAnsi="Times New Roman" w:cs="Times New Roman"/>
          <w:sz w:val="24"/>
        </w:rPr>
        <w:t>dissatisfaction with the school, at any time, the parent will</w:t>
      </w:r>
      <w:r w:rsidR="006601E6">
        <w:rPr>
          <w:rFonts w:ascii="Times New Roman" w:hAnsi="Times New Roman" w:cs="Times New Roman"/>
          <w:sz w:val="24"/>
        </w:rPr>
        <w:t xml:space="preserve"> i</w:t>
      </w:r>
      <w:r w:rsidR="006601E6" w:rsidRPr="0075455F">
        <w:rPr>
          <w:rFonts w:ascii="Times New Roman" w:hAnsi="Times New Roman" w:cs="Times New Roman"/>
          <w:sz w:val="24"/>
        </w:rPr>
        <w:t>mmediately</w:t>
      </w:r>
      <w:r w:rsidRPr="0075455F">
        <w:rPr>
          <w:rFonts w:ascii="Times New Roman" w:hAnsi="Times New Roman" w:cs="Times New Roman"/>
          <w:sz w:val="24"/>
        </w:rPr>
        <w:t xml:space="preserve"> be a</w:t>
      </w:r>
      <w:r w:rsidR="006601E6">
        <w:rPr>
          <w:rFonts w:ascii="Times New Roman" w:hAnsi="Times New Roman" w:cs="Times New Roman"/>
          <w:sz w:val="24"/>
        </w:rPr>
        <w:t>dv</w:t>
      </w:r>
      <w:r w:rsidRPr="0075455F">
        <w:rPr>
          <w:rFonts w:ascii="Times New Roman" w:hAnsi="Times New Roman" w:cs="Times New Roman"/>
          <w:sz w:val="24"/>
        </w:rPr>
        <w:t xml:space="preserve">ised to seek </w:t>
      </w:r>
      <w:r w:rsidR="006601E6">
        <w:rPr>
          <w:rFonts w:ascii="Times New Roman" w:hAnsi="Times New Roman" w:cs="Times New Roman"/>
          <w:sz w:val="24"/>
        </w:rPr>
        <w:t xml:space="preserve">admission in </w:t>
      </w:r>
      <w:r w:rsidRPr="0075455F">
        <w:rPr>
          <w:rFonts w:ascii="Times New Roman" w:hAnsi="Times New Roman" w:cs="Times New Roman"/>
          <w:sz w:val="24"/>
        </w:rPr>
        <w:t xml:space="preserve"> another schoo1.</w:t>
      </w:r>
      <w:r w:rsidR="006601E6">
        <w:rPr>
          <w:rFonts w:ascii="Times New Roman" w:hAnsi="Times New Roman" w:cs="Times New Roman"/>
          <w:sz w:val="24"/>
        </w:rPr>
        <w:t xml:space="preserve">The </w:t>
      </w:r>
      <w:r w:rsidRPr="0075455F">
        <w:rPr>
          <w:rFonts w:ascii="Times New Roman" w:hAnsi="Times New Roman" w:cs="Times New Roman"/>
          <w:sz w:val="24"/>
        </w:rPr>
        <w:t>Sub-County Director or Education will also be notified of the same.</w:t>
      </w:r>
    </w:p>
    <w:p w:rsidR="0075455F" w:rsidRPr="0075455F" w:rsidRDefault="0075455F" w:rsidP="00581FE3">
      <w:pPr>
        <w:pStyle w:val="BodyText"/>
        <w:numPr>
          <w:ilvl w:val="0"/>
          <w:numId w:val="15"/>
        </w:numPr>
        <w:rPr>
          <w:rFonts w:ascii="Times New Roman" w:hAnsi="Times New Roman" w:cs="Times New Roman"/>
          <w:sz w:val="24"/>
        </w:rPr>
      </w:pPr>
      <w:r w:rsidRPr="0075455F">
        <w:rPr>
          <w:rFonts w:ascii="Times New Roman" w:hAnsi="Times New Roman" w:cs="Times New Roman"/>
          <w:sz w:val="24"/>
        </w:rPr>
        <w:t xml:space="preserve">Students reporting back to school from home must do so before 4:00pmand </w:t>
      </w:r>
      <w:r w:rsidRPr="00581FE3">
        <w:rPr>
          <w:rFonts w:ascii="Times New Roman" w:hAnsi="Times New Roman" w:cs="Times New Roman"/>
          <w:b/>
          <w:sz w:val="24"/>
        </w:rPr>
        <w:t xml:space="preserve">MUST </w:t>
      </w:r>
      <w:r w:rsidRPr="0075455F">
        <w:rPr>
          <w:rFonts w:ascii="Times New Roman" w:hAnsi="Times New Roman" w:cs="Times New Roman"/>
          <w:sz w:val="24"/>
        </w:rPr>
        <w:t xml:space="preserve">be </w:t>
      </w:r>
      <w:proofErr w:type="gramStart"/>
      <w:r w:rsidRPr="0075455F">
        <w:rPr>
          <w:rFonts w:ascii="Times New Roman" w:hAnsi="Times New Roman" w:cs="Times New Roman"/>
          <w:sz w:val="24"/>
        </w:rPr>
        <w:t>inspected</w:t>
      </w:r>
      <w:r w:rsidR="006601E6">
        <w:rPr>
          <w:rFonts w:ascii="Times New Roman" w:hAnsi="Times New Roman" w:cs="Times New Roman"/>
          <w:sz w:val="24"/>
        </w:rPr>
        <w:t xml:space="preserve">  on</w:t>
      </w:r>
      <w:proofErr w:type="gramEnd"/>
      <w:r w:rsidR="006601E6">
        <w:rPr>
          <w:rFonts w:ascii="Times New Roman" w:hAnsi="Times New Roman" w:cs="Times New Roman"/>
          <w:sz w:val="24"/>
        </w:rPr>
        <w:t xml:space="preserve"> </w:t>
      </w:r>
      <w:r w:rsidRPr="0075455F">
        <w:rPr>
          <w:rFonts w:ascii="Times New Roman" w:hAnsi="Times New Roman" w:cs="Times New Roman"/>
          <w:sz w:val="24"/>
        </w:rPr>
        <w:t>entry</w:t>
      </w:r>
      <w:r w:rsidR="006601E6">
        <w:rPr>
          <w:rFonts w:ascii="Times New Roman" w:hAnsi="Times New Roman" w:cs="Times New Roman"/>
          <w:sz w:val="24"/>
        </w:rPr>
        <w:t xml:space="preserve"> </w:t>
      </w:r>
      <w:r w:rsidRPr="0075455F">
        <w:rPr>
          <w:rFonts w:ascii="Times New Roman" w:hAnsi="Times New Roman" w:cs="Times New Roman"/>
          <w:sz w:val="24"/>
        </w:rPr>
        <w:t>by the Teacher on Duty.</w:t>
      </w:r>
      <w:r w:rsidR="006601E6">
        <w:rPr>
          <w:rFonts w:ascii="Times New Roman" w:hAnsi="Times New Roman" w:cs="Times New Roman"/>
          <w:sz w:val="24"/>
        </w:rPr>
        <w:t xml:space="preserve"> </w:t>
      </w:r>
      <w:r w:rsidRPr="0075455F">
        <w:rPr>
          <w:rFonts w:ascii="Times New Roman" w:hAnsi="Times New Roman" w:cs="Times New Roman"/>
          <w:sz w:val="24"/>
        </w:rPr>
        <w:t>A student</w:t>
      </w:r>
      <w:r w:rsidR="006601E6">
        <w:rPr>
          <w:rFonts w:ascii="Times New Roman" w:hAnsi="Times New Roman" w:cs="Times New Roman"/>
          <w:sz w:val="24"/>
        </w:rPr>
        <w:t xml:space="preserve"> </w:t>
      </w:r>
      <w:r w:rsidRPr="0075455F">
        <w:rPr>
          <w:rFonts w:ascii="Times New Roman" w:hAnsi="Times New Roman" w:cs="Times New Roman"/>
          <w:sz w:val="24"/>
        </w:rPr>
        <w:t>not reporting back to school on day one from home, the parents/guardians</w:t>
      </w:r>
      <w:r w:rsidR="006601E6">
        <w:rPr>
          <w:rFonts w:ascii="Times New Roman" w:hAnsi="Times New Roman" w:cs="Times New Roman"/>
          <w:sz w:val="24"/>
        </w:rPr>
        <w:t xml:space="preserve"> </w:t>
      </w:r>
      <w:r w:rsidRPr="0075455F">
        <w:rPr>
          <w:rFonts w:ascii="Times New Roman" w:hAnsi="Times New Roman" w:cs="Times New Roman"/>
          <w:sz w:val="24"/>
        </w:rPr>
        <w:t>must inform the school in advance. This is to ensure safety of the student</w:t>
      </w:r>
      <w:r w:rsidR="006601E6">
        <w:rPr>
          <w:rFonts w:ascii="Times New Roman" w:hAnsi="Times New Roman" w:cs="Times New Roman"/>
          <w:sz w:val="24"/>
        </w:rPr>
        <w:t xml:space="preserve"> </w:t>
      </w:r>
      <w:r w:rsidRPr="0075455F">
        <w:rPr>
          <w:rFonts w:ascii="Times New Roman" w:hAnsi="Times New Roman" w:cs="Times New Roman"/>
          <w:sz w:val="24"/>
        </w:rPr>
        <w:t>and avoid truancy. Students are expected to report during working</w:t>
      </w:r>
      <w:r w:rsidR="006601E6">
        <w:rPr>
          <w:rFonts w:ascii="Times New Roman" w:hAnsi="Times New Roman" w:cs="Times New Roman"/>
          <w:sz w:val="24"/>
        </w:rPr>
        <w:t xml:space="preserve"> </w:t>
      </w:r>
      <w:r w:rsidRPr="0075455F">
        <w:rPr>
          <w:rFonts w:ascii="Times New Roman" w:hAnsi="Times New Roman" w:cs="Times New Roman"/>
          <w:sz w:val="24"/>
        </w:rPr>
        <w:t xml:space="preserve">hours except with </w:t>
      </w:r>
      <w:r w:rsidR="006601E6" w:rsidRPr="0075455F">
        <w:rPr>
          <w:rFonts w:ascii="Times New Roman" w:hAnsi="Times New Roman" w:cs="Times New Roman"/>
          <w:sz w:val="24"/>
        </w:rPr>
        <w:t>prior</w:t>
      </w:r>
      <w:r w:rsidRPr="0075455F">
        <w:rPr>
          <w:rFonts w:ascii="Times New Roman" w:hAnsi="Times New Roman" w:cs="Times New Roman"/>
          <w:sz w:val="24"/>
        </w:rPr>
        <w:t xml:space="preserve"> arrangements with the school</w:t>
      </w:r>
      <w:r w:rsidR="006601E6">
        <w:rPr>
          <w:rFonts w:ascii="Times New Roman" w:hAnsi="Times New Roman" w:cs="Times New Roman"/>
          <w:sz w:val="24"/>
        </w:rPr>
        <w:t xml:space="preserve"> </w:t>
      </w:r>
      <w:r w:rsidRPr="0075455F">
        <w:rPr>
          <w:rFonts w:ascii="Times New Roman" w:hAnsi="Times New Roman" w:cs="Times New Roman"/>
          <w:sz w:val="24"/>
        </w:rPr>
        <w:t>administration. Same case applies to p</w:t>
      </w:r>
      <w:r w:rsidR="006601E6">
        <w:rPr>
          <w:rFonts w:ascii="Times New Roman" w:hAnsi="Times New Roman" w:cs="Times New Roman"/>
          <w:sz w:val="24"/>
        </w:rPr>
        <w:t>i</w:t>
      </w:r>
      <w:r w:rsidRPr="0075455F">
        <w:rPr>
          <w:rFonts w:ascii="Times New Roman" w:hAnsi="Times New Roman" w:cs="Times New Roman"/>
          <w:sz w:val="24"/>
        </w:rPr>
        <w:t>cking the students from</w:t>
      </w:r>
      <w:r w:rsidR="006601E6">
        <w:rPr>
          <w:rFonts w:ascii="Times New Roman" w:hAnsi="Times New Roman" w:cs="Times New Roman"/>
          <w:sz w:val="24"/>
        </w:rPr>
        <w:t xml:space="preserve"> </w:t>
      </w:r>
      <w:r w:rsidRPr="0075455F">
        <w:rPr>
          <w:rFonts w:ascii="Times New Roman" w:hAnsi="Times New Roman" w:cs="Times New Roman"/>
          <w:sz w:val="24"/>
        </w:rPr>
        <w:t>school.</w:t>
      </w:r>
    </w:p>
    <w:p w:rsidR="0075455F" w:rsidRPr="0075455F" w:rsidRDefault="0075455F" w:rsidP="00581FE3">
      <w:pPr>
        <w:pStyle w:val="BodyText"/>
        <w:numPr>
          <w:ilvl w:val="0"/>
          <w:numId w:val="15"/>
        </w:numPr>
        <w:rPr>
          <w:rFonts w:ascii="Times New Roman" w:hAnsi="Times New Roman" w:cs="Times New Roman"/>
          <w:sz w:val="24"/>
        </w:rPr>
      </w:pPr>
      <w:r w:rsidRPr="0075455F">
        <w:rPr>
          <w:rFonts w:ascii="Times New Roman" w:hAnsi="Times New Roman" w:cs="Times New Roman"/>
          <w:sz w:val="24"/>
        </w:rPr>
        <w:t>School routine must be strictly followed. All lessons, preps, school</w:t>
      </w:r>
      <w:r w:rsidR="006601E6">
        <w:rPr>
          <w:rFonts w:ascii="Times New Roman" w:hAnsi="Times New Roman" w:cs="Times New Roman"/>
          <w:sz w:val="24"/>
        </w:rPr>
        <w:t xml:space="preserve"> </w:t>
      </w:r>
      <w:r w:rsidRPr="0075455F">
        <w:rPr>
          <w:rFonts w:ascii="Times New Roman" w:hAnsi="Times New Roman" w:cs="Times New Roman"/>
          <w:sz w:val="24"/>
        </w:rPr>
        <w:t>assemblies, games, clubs and Sunday services are compulsory.</w:t>
      </w:r>
    </w:p>
    <w:p w:rsidR="0075455F" w:rsidRDefault="0075455F" w:rsidP="00581FE3">
      <w:pPr>
        <w:pStyle w:val="BodyText"/>
        <w:numPr>
          <w:ilvl w:val="0"/>
          <w:numId w:val="15"/>
        </w:numPr>
        <w:rPr>
          <w:rFonts w:ascii="Times New Roman" w:hAnsi="Times New Roman" w:cs="Times New Roman"/>
          <w:sz w:val="24"/>
        </w:rPr>
      </w:pPr>
      <w:r w:rsidRPr="0075455F">
        <w:rPr>
          <w:rFonts w:ascii="Times New Roman" w:hAnsi="Times New Roman" w:cs="Times New Roman"/>
          <w:sz w:val="24"/>
        </w:rPr>
        <w:t>All meals should be taken in the dining hall. No foodstuffs are allowed in</w:t>
      </w:r>
      <w:r w:rsidR="006601E6">
        <w:rPr>
          <w:rFonts w:ascii="Times New Roman" w:hAnsi="Times New Roman" w:cs="Times New Roman"/>
          <w:sz w:val="24"/>
        </w:rPr>
        <w:t xml:space="preserve"> </w:t>
      </w:r>
      <w:r w:rsidRPr="0075455F">
        <w:rPr>
          <w:rFonts w:ascii="Times New Roman" w:hAnsi="Times New Roman" w:cs="Times New Roman"/>
          <w:sz w:val="24"/>
        </w:rPr>
        <w:t>the Tuition Area or in the dormitories.</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w:t>
      </w:r>
      <w:r w:rsidRPr="00581FE3">
        <w:rPr>
          <w:rFonts w:ascii="Times New Roman" w:hAnsi="Times New Roman" w:cs="Times New Roman"/>
          <w:b/>
          <w:sz w:val="24"/>
        </w:rPr>
        <w:t>STEALING</w:t>
      </w:r>
      <w:r w:rsidRPr="00671459">
        <w:rPr>
          <w:rFonts w:ascii="Times New Roman" w:hAnsi="Times New Roman" w:cs="Times New Roman"/>
          <w:sz w:val="24"/>
        </w:rPr>
        <w:t xml:space="preserve"> is highly prohibited in the school. </w:t>
      </w:r>
      <w:proofErr w:type="gramStart"/>
      <w:r w:rsidRPr="00671459">
        <w:rPr>
          <w:rFonts w:ascii="Times New Roman" w:hAnsi="Times New Roman" w:cs="Times New Roman"/>
          <w:sz w:val="24"/>
        </w:rPr>
        <w:t xml:space="preserve">If found guilty of theft, one will </w:t>
      </w:r>
      <w:r w:rsidRPr="00581FE3">
        <w:rPr>
          <w:rFonts w:ascii="Times New Roman" w:hAnsi="Times New Roman" w:cs="Times New Roman"/>
          <w:b/>
          <w:sz w:val="24"/>
        </w:rPr>
        <w:t>PAY FOUR TIMES</w:t>
      </w:r>
      <w:r w:rsidRPr="00671459">
        <w:rPr>
          <w:rFonts w:ascii="Times New Roman" w:hAnsi="Times New Roman" w:cs="Times New Roman"/>
          <w:sz w:val="24"/>
        </w:rPr>
        <w:t xml:space="preserve"> what </w:t>
      </w:r>
      <w:r w:rsidRPr="00581FE3">
        <w:rPr>
          <w:rFonts w:ascii="Times New Roman" w:hAnsi="Times New Roman" w:cs="Times New Roman"/>
          <w:b/>
          <w:sz w:val="24"/>
        </w:rPr>
        <w:t>HAS STOLEN</w:t>
      </w:r>
      <w:r w:rsidRPr="00671459">
        <w:rPr>
          <w:rFonts w:ascii="Times New Roman" w:hAnsi="Times New Roman" w:cs="Times New Roman"/>
          <w:sz w:val="24"/>
        </w:rPr>
        <w:t>.</w:t>
      </w:r>
      <w:proofErr w:type="gramEnd"/>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w:t>
      </w:r>
      <w:r w:rsidRPr="00581FE3">
        <w:rPr>
          <w:rFonts w:ascii="Times New Roman" w:hAnsi="Times New Roman" w:cs="Times New Roman"/>
          <w:b/>
          <w:sz w:val="24"/>
        </w:rPr>
        <w:t>NO</w:t>
      </w:r>
      <w:r w:rsidRPr="00671459">
        <w:rPr>
          <w:rFonts w:ascii="Times New Roman" w:hAnsi="Times New Roman" w:cs="Times New Roman"/>
          <w:sz w:val="24"/>
        </w:rPr>
        <w:t xml:space="preserve"> student should </w:t>
      </w:r>
      <w:r w:rsidRPr="00581FE3">
        <w:rPr>
          <w:rFonts w:ascii="Times New Roman" w:hAnsi="Times New Roman" w:cs="Times New Roman"/>
          <w:b/>
          <w:sz w:val="24"/>
        </w:rPr>
        <w:t>INCITE</w:t>
      </w:r>
      <w:r w:rsidRPr="00671459">
        <w:rPr>
          <w:rFonts w:ascii="Times New Roman" w:hAnsi="Times New Roman" w:cs="Times New Roman"/>
          <w:sz w:val="24"/>
        </w:rPr>
        <w:t xml:space="preserve"> others or cause unnec</w:t>
      </w:r>
      <w:r w:rsidR="00581FE3">
        <w:rPr>
          <w:rFonts w:ascii="Times New Roman" w:hAnsi="Times New Roman" w:cs="Times New Roman"/>
          <w:sz w:val="24"/>
        </w:rPr>
        <w:t>essary commotion in the school.</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Students are not allowed to hold unauthorized meetings inside/outside the school. In case of any grievances, the school will be holding regular open students </w:t>
      </w:r>
      <w:proofErr w:type="spellStart"/>
      <w:r w:rsidRPr="00671459">
        <w:rPr>
          <w:rFonts w:ascii="Times New Roman" w:hAnsi="Times New Roman" w:cs="Times New Roman"/>
          <w:sz w:val="24"/>
        </w:rPr>
        <w:t>barazas</w:t>
      </w:r>
      <w:proofErr w:type="spellEnd"/>
      <w:r w:rsidRPr="00671459">
        <w:rPr>
          <w:rFonts w:ascii="Times New Roman" w:hAnsi="Times New Roman" w:cs="Times New Roman"/>
          <w:sz w:val="24"/>
        </w:rPr>
        <w:t xml:space="preserve"> to attend to them. No student will be intimidated for raising issues in this forum. In addition, the students are encouraged to make use of the suggestion box. They are also allowed to raise their issues to all the school offices, through the elected prefects and also through the </w:t>
      </w:r>
      <w:r w:rsidR="006601E6">
        <w:rPr>
          <w:rFonts w:ascii="Times New Roman" w:hAnsi="Times New Roman" w:cs="Times New Roman"/>
          <w:sz w:val="24"/>
        </w:rPr>
        <w:t>Class teachers</w:t>
      </w:r>
      <w:r w:rsidR="00581FE3">
        <w:rPr>
          <w:rFonts w:ascii="Times New Roman" w:hAnsi="Times New Roman" w:cs="Times New Roman"/>
          <w:sz w:val="24"/>
        </w:rPr>
        <w:t>.</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Home clothes, mobile phones, laptops, radios, electronic gadgets, sim cards, ear phones or weapons are not allowed in school. Such unauthorized items will be confiscated and not returned to the defaulter and will lead to a w</w:t>
      </w:r>
      <w:r w:rsidR="006601E6">
        <w:rPr>
          <w:rFonts w:ascii="Times New Roman" w:hAnsi="Times New Roman" w:cs="Times New Roman"/>
          <w:sz w:val="24"/>
        </w:rPr>
        <w:t>eek suspension from the school.</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w:t>
      </w:r>
      <w:r w:rsidRPr="00581FE3">
        <w:rPr>
          <w:rFonts w:ascii="Times New Roman" w:hAnsi="Times New Roman" w:cs="Times New Roman"/>
          <w:b/>
          <w:sz w:val="24"/>
        </w:rPr>
        <w:t>SUBSTANCE ABUSE.</w:t>
      </w:r>
      <w:r w:rsidRPr="00671459">
        <w:rPr>
          <w:rFonts w:ascii="Times New Roman" w:hAnsi="Times New Roman" w:cs="Times New Roman"/>
          <w:sz w:val="24"/>
        </w:rPr>
        <w:t xml:space="preserve"> It is unfortunate that we are living in a society where substances/drugs are readily available and where students are often under considerable pressure to experiment with alcohol, drugs, tobacco, smoking and other substances. Any student found indulging in such will be advised to</w:t>
      </w:r>
      <w:r w:rsidR="006601E6">
        <w:rPr>
          <w:rFonts w:ascii="Times New Roman" w:hAnsi="Times New Roman" w:cs="Times New Roman"/>
          <w:sz w:val="24"/>
        </w:rPr>
        <w:t xml:space="preserve"> change the school environment.</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Satanism, homosexuality, rape, vulgar language, possession / watching of pornographic materials, tattooing or any other unethical contact is strictly not allowed and wi</w:t>
      </w:r>
      <w:r w:rsidR="006601E6">
        <w:rPr>
          <w:rFonts w:ascii="Times New Roman" w:hAnsi="Times New Roman" w:cs="Times New Roman"/>
          <w:sz w:val="24"/>
        </w:rPr>
        <w:t>ll lead to automatic expulsion.</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lastRenderedPageBreak/>
        <w:t xml:space="preserve">• Communication with the outside world is strictly prohibited due to data protection of the school community. If it is a must or necessary, it should be done with the consent of the school in collaboration with the parent/guardian. </w:t>
      </w:r>
      <w:proofErr w:type="gramStart"/>
      <w:r w:rsidRPr="00671459">
        <w:rPr>
          <w:rFonts w:ascii="Times New Roman" w:hAnsi="Times New Roman" w:cs="Times New Roman"/>
          <w:sz w:val="24"/>
        </w:rPr>
        <w:t>If found, it ma</w:t>
      </w:r>
      <w:r w:rsidR="006601E6">
        <w:rPr>
          <w:rFonts w:ascii="Times New Roman" w:hAnsi="Times New Roman" w:cs="Times New Roman"/>
          <w:sz w:val="24"/>
        </w:rPr>
        <w:t>y lead to automatic suspension.</w:t>
      </w:r>
      <w:proofErr w:type="gramEnd"/>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Acts of lawlessness like, organizing or attempted strikes, vandalism during school forum or rudeness, incitement, and disrespect to members of staff and other students wil</w:t>
      </w:r>
      <w:r w:rsidR="006601E6">
        <w:rPr>
          <w:rFonts w:ascii="Times New Roman" w:hAnsi="Times New Roman" w:cs="Times New Roman"/>
          <w:sz w:val="24"/>
        </w:rPr>
        <w:t>l lead to automatic suspension.</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Vandalism and intentional destruction of school property is not acceptable. Any student found committing an offence that is likely to interfere with the security of other students and school property will be handed over to the police</w:t>
      </w:r>
      <w:r w:rsidR="006601E6">
        <w:rPr>
          <w:rFonts w:ascii="Times New Roman" w:hAnsi="Times New Roman" w:cs="Times New Roman"/>
          <w:sz w:val="24"/>
        </w:rPr>
        <w:t xml:space="preserve"> as this is a criminal offence.</w:t>
      </w:r>
    </w:p>
    <w:p w:rsid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Students should </w:t>
      </w:r>
      <w:r w:rsidRPr="00581FE3">
        <w:rPr>
          <w:rFonts w:ascii="Times New Roman" w:hAnsi="Times New Roman" w:cs="Times New Roman"/>
          <w:b/>
          <w:sz w:val="24"/>
        </w:rPr>
        <w:t>NOT SHARE A BED</w:t>
      </w:r>
      <w:r w:rsidRPr="00671459">
        <w:rPr>
          <w:rFonts w:ascii="Times New Roman" w:hAnsi="Times New Roman" w:cs="Times New Roman"/>
          <w:sz w:val="24"/>
        </w:rPr>
        <w:t>. Students found sharing beds will be punished by being suspended from school and each will buy a Double.</w:t>
      </w:r>
    </w:p>
    <w:p w:rsidR="006601E6" w:rsidRPr="006601E6" w:rsidRDefault="006601E6" w:rsidP="006601E6">
      <w:pPr>
        <w:pStyle w:val="BodyText"/>
        <w:rPr>
          <w:rFonts w:ascii="Times New Roman" w:hAnsi="Times New Roman" w:cs="Times New Roman"/>
          <w:sz w:val="24"/>
        </w:rPr>
      </w:pPr>
      <w:proofErr w:type="gramStart"/>
      <w:r w:rsidRPr="006601E6">
        <w:rPr>
          <w:rFonts w:ascii="Times New Roman" w:hAnsi="Times New Roman" w:cs="Times New Roman"/>
          <w:sz w:val="24"/>
        </w:rPr>
        <w:t>Decker Bed.</w:t>
      </w:r>
      <w:proofErr w:type="gramEnd"/>
      <w:r w:rsidRPr="006601E6">
        <w:rPr>
          <w:rFonts w:ascii="Times New Roman" w:hAnsi="Times New Roman" w:cs="Times New Roman"/>
          <w:sz w:val="24"/>
        </w:rPr>
        <w:t xml:space="preserve"> Noise making in the dormitory after 11:00pm lights off wi</w:t>
      </w:r>
      <w:r>
        <w:rPr>
          <w:rFonts w:ascii="Times New Roman" w:hAnsi="Times New Roman" w:cs="Times New Roman"/>
          <w:sz w:val="24"/>
        </w:rPr>
        <w:t>ll attract a manual punishment.</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xml:space="preserve">• Speaking to visitors without official permission or strangers through the fence is </w:t>
      </w:r>
      <w:r w:rsidRPr="00581FE3">
        <w:rPr>
          <w:rFonts w:ascii="Times New Roman" w:hAnsi="Times New Roman" w:cs="Times New Roman"/>
          <w:b/>
          <w:sz w:val="24"/>
        </w:rPr>
        <w:t>NOT ALLOWED.</w:t>
      </w:r>
      <w:r w:rsidRPr="006601E6">
        <w:rPr>
          <w:rFonts w:ascii="Times New Roman" w:hAnsi="Times New Roman" w:cs="Times New Roman"/>
          <w:sz w:val="24"/>
        </w:rPr>
        <w:t xml:space="preserve"> Visitors should not be taken to classrooms or the boarding area. Under no circumstances should the students visit the staff quarters. A student who breaks this rule will be suspended for one week. No student will be allowed to talk to </w:t>
      </w:r>
      <w:r w:rsidRPr="00581FE3">
        <w:rPr>
          <w:rFonts w:ascii="Times New Roman" w:hAnsi="Times New Roman" w:cs="Times New Roman"/>
          <w:b/>
          <w:sz w:val="24"/>
        </w:rPr>
        <w:t>ANY VISITOR</w:t>
      </w:r>
      <w:r w:rsidRPr="006601E6">
        <w:rPr>
          <w:rFonts w:ascii="Times New Roman" w:hAnsi="Times New Roman" w:cs="Times New Roman"/>
          <w:sz w:val="24"/>
        </w:rPr>
        <w:t xml:space="preserve"> without permission from the deputy principal. If this is done disciplinary action will b</w:t>
      </w:r>
      <w:r>
        <w:rPr>
          <w:rFonts w:ascii="Times New Roman" w:hAnsi="Times New Roman" w:cs="Times New Roman"/>
          <w:sz w:val="24"/>
        </w:rPr>
        <w:t>e taken against such a student.</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Borrowing and lending of money is strictly prohibited.</w:t>
      </w:r>
    </w:p>
    <w:p w:rsidR="006601E6" w:rsidRPr="006601E6" w:rsidRDefault="006601E6" w:rsidP="006601E6">
      <w:pPr>
        <w:pStyle w:val="BodyText"/>
        <w:rPr>
          <w:rFonts w:ascii="Times New Roman" w:hAnsi="Times New Roman" w:cs="Times New Roman"/>
          <w:sz w:val="24"/>
        </w:rPr>
      </w:pPr>
    </w:p>
    <w:p w:rsidR="006601E6" w:rsidRPr="00581FE3" w:rsidRDefault="006601E6" w:rsidP="006601E6">
      <w:pPr>
        <w:pStyle w:val="BodyText"/>
        <w:rPr>
          <w:rFonts w:ascii="Times New Roman" w:hAnsi="Times New Roman" w:cs="Times New Roman"/>
          <w:b/>
          <w:sz w:val="24"/>
        </w:rPr>
      </w:pPr>
      <w:r w:rsidRPr="00581FE3">
        <w:rPr>
          <w:rFonts w:ascii="Times New Roman" w:hAnsi="Times New Roman" w:cs="Times New Roman"/>
          <w:b/>
          <w:sz w:val="24"/>
        </w:rPr>
        <w:t>C. MEDICAL.</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xml:space="preserve">• All medical / injury cases </w:t>
      </w:r>
      <w:r w:rsidRPr="00581FE3">
        <w:rPr>
          <w:rFonts w:ascii="Times New Roman" w:hAnsi="Times New Roman" w:cs="Times New Roman"/>
          <w:b/>
          <w:sz w:val="24"/>
        </w:rPr>
        <w:t>MUST</w:t>
      </w:r>
      <w:r w:rsidRPr="006601E6">
        <w:rPr>
          <w:rFonts w:ascii="Times New Roman" w:hAnsi="Times New Roman" w:cs="Times New Roman"/>
          <w:sz w:val="24"/>
        </w:rPr>
        <w:t xml:space="preserve"> be reported to the school nurse immediately for attention. All medication </w:t>
      </w:r>
      <w:r w:rsidRPr="00581FE3">
        <w:rPr>
          <w:rFonts w:ascii="Times New Roman" w:hAnsi="Times New Roman" w:cs="Times New Roman"/>
          <w:b/>
          <w:sz w:val="24"/>
        </w:rPr>
        <w:t>MUST</w:t>
      </w:r>
      <w:r w:rsidRPr="006601E6">
        <w:rPr>
          <w:rFonts w:ascii="Times New Roman" w:hAnsi="Times New Roman" w:cs="Times New Roman"/>
          <w:sz w:val="24"/>
        </w:rPr>
        <w:t xml:space="preserve"> be kept by the school nurse and </w:t>
      </w:r>
      <w:r w:rsidRPr="00581FE3">
        <w:rPr>
          <w:rFonts w:ascii="Times New Roman" w:hAnsi="Times New Roman" w:cs="Times New Roman"/>
          <w:b/>
          <w:sz w:val="24"/>
        </w:rPr>
        <w:t>MUST</w:t>
      </w:r>
      <w:r w:rsidRPr="006601E6">
        <w:rPr>
          <w:rFonts w:ascii="Times New Roman" w:hAnsi="Times New Roman" w:cs="Times New Roman"/>
          <w:sz w:val="24"/>
        </w:rPr>
        <w:t xml:space="preserve"> be taken strictly accordin</w:t>
      </w:r>
      <w:r>
        <w:rPr>
          <w:rFonts w:ascii="Times New Roman" w:hAnsi="Times New Roman" w:cs="Times New Roman"/>
          <w:sz w:val="24"/>
        </w:rPr>
        <w:t>g to the doctor’s prescription.</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In case of a student not showing any sign of improving immediately, by the 3rd day or even sooner, the parents / guardians will be notified immediately.</w:t>
      </w:r>
      <w:r>
        <w:rPr>
          <w:rFonts w:ascii="Times New Roman" w:hAnsi="Times New Roman" w:cs="Times New Roman"/>
          <w:sz w:val="24"/>
        </w:rPr>
        <w:t xml:space="preserve"> </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xml:space="preserve">• Permission to go to hospital </w:t>
      </w:r>
      <w:r w:rsidRPr="00BC7AE0">
        <w:rPr>
          <w:rFonts w:ascii="Times New Roman" w:hAnsi="Times New Roman" w:cs="Times New Roman"/>
          <w:b/>
          <w:sz w:val="24"/>
        </w:rPr>
        <w:t>WILL ONLY</w:t>
      </w:r>
      <w:r w:rsidRPr="006601E6">
        <w:rPr>
          <w:rFonts w:ascii="Times New Roman" w:hAnsi="Times New Roman" w:cs="Times New Roman"/>
          <w:sz w:val="24"/>
        </w:rPr>
        <w:t xml:space="preserve"> be granted by the principal or deputy principal and recorded in the Leave </w:t>
      </w:r>
      <w:proofErr w:type="gramStart"/>
      <w:r w:rsidRPr="006601E6">
        <w:rPr>
          <w:rFonts w:ascii="Times New Roman" w:hAnsi="Times New Roman" w:cs="Times New Roman"/>
          <w:sz w:val="24"/>
        </w:rPr>
        <w:t>Out</w:t>
      </w:r>
      <w:proofErr w:type="gramEnd"/>
      <w:r w:rsidRPr="006601E6">
        <w:rPr>
          <w:rFonts w:ascii="Times New Roman" w:hAnsi="Times New Roman" w:cs="Times New Roman"/>
          <w:sz w:val="24"/>
        </w:rPr>
        <w:t xml:space="preserve"> Book by the teacher on duty. These students must be a</w:t>
      </w:r>
      <w:r>
        <w:rPr>
          <w:rFonts w:ascii="Times New Roman" w:hAnsi="Times New Roman" w:cs="Times New Roman"/>
          <w:sz w:val="24"/>
        </w:rPr>
        <w:t>ccompanied by the school nurse.</w:t>
      </w:r>
    </w:p>
    <w:p w:rsidR="006601E6" w:rsidRPr="00581FE3" w:rsidRDefault="006601E6" w:rsidP="006601E6">
      <w:pPr>
        <w:pStyle w:val="BodyText"/>
        <w:rPr>
          <w:rFonts w:ascii="Times New Roman" w:hAnsi="Times New Roman" w:cs="Times New Roman"/>
          <w:b/>
          <w:sz w:val="24"/>
        </w:rPr>
      </w:pPr>
    </w:p>
    <w:p w:rsidR="006601E6" w:rsidRPr="00581FE3" w:rsidRDefault="006601E6" w:rsidP="006601E6">
      <w:pPr>
        <w:pStyle w:val="BodyText"/>
        <w:rPr>
          <w:rFonts w:ascii="Times New Roman" w:hAnsi="Times New Roman" w:cs="Times New Roman"/>
          <w:b/>
          <w:sz w:val="24"/>
        </w:rPr>
      </w:pPr>
      <w:r w:rsidRPr="00581FE3">
        <w:rPr>
          <w:rFonts w:ascii="Times New Roman" w:hAnsi="Times New Roman" w:cs="Times New Roman"/>
          <w:b/>
          <w:sz w:val="24"/>
        </w:rPr>
        <w:t>D. ACADEMIC</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xml:space="preserve">• As an education institution, any student who joins Whitestar Senior School will work to the utmost to achieve top grades in the subjects that he/she takes. As possible, the </w:t>
      </w:r>
      <w:proofErr w:type="gramStart"/>
      <w:r w:rsidRPr="006601E6">
        <w:rPr>
          <w:rFonts w:ascii="Times New Roman" w:hAnsi="Times New Roman" w:cs="Times New Roman"/>
          <w:sz w:val="24"/>
        </w:rPr>
        <w:t>K</w:t>
      </w:r>
      <w:r w:rsidR="00BC7AE0">
        <w:rPr>
          <w:rFonts w:ascii="Times New Roman" w:hAnsi="Times New Roman" w:cs="Times New Roman"/>
          <w:sz w:val="24"/>
        </w:rPr>
        <w:t xml:space="preserve">JSEA </w:t>
      </w:r>
      <w:r w:rsidRPr="006601E6">
        <w:rPr>
          <w:rFonts w:ascii="Times New Roman" w:hAnsi="Times New Roman" w:cs="Times New Roman"/>
          <w:sz w:val="24"/>
        </w:rPr>
        <w:t xml:space="preserve"> mark</w:t>
      </w:r>
      <w:proofErr w:type="gramEnd"/>
      <w:r w:rsidRPr="006601E6">
        <w:rPr>
          <w:rFonts w:ascii="Times New Roman" w:hAnsi="Times New Roman" w:cs="Times New Roman"/>
          <w:sz w:val="24"/>
        </w:rPr>
        <w:t xml:space="preserve"> should be maintained or improved during the course of the senior secondary education.</w:t>
      </w:r>
    </w:p>
    <w:p w:rsidR="006601E6" w:rsidRPr="006601E6" w:rsidRDefault="006601E6" w:rsidP="006601E6">
      <w:pPr>
        <w:pStyle w:val="BodyText"/>
        <w:rPr>
          <w:rFonts w:ascii="Times New Roman" w:hAnsi="Times New Roman" w:cs="Times New Roman"/>
          <w:sz w:val="24"/>
        </w:rPr>
      </w:pP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t>• All exams are compulsory.</w:t>
      </w:r>
    </w:p>
    <w:p w:rsidR="006601E6" w:rsidRPr="006601E6" w:rsidRDefault="006601E6" w:rsidP="006601E6">
      <w:pPr>
        <w:pStyle w:val="BodyText"/>
        <w:rPr>
          <w:rFonts w:ascii="Times New Roman" w:hAnsi="Times New Roman" w:cs="Times New Roman"/>
          <w:sz w:val="24"/>
        </w:rPr>
      </w:pPr>
      <w:r w:rsidRPr="006601E6">
        <w:rPr>
          <w:rFonts w:ascii="Times New Roman" w:hAnsi="Times New Roman" w:cs="Times New Roman"/>
          <w:sz w:val="24"/>
        </w:rPr>
        <w:lastRenderedPageBreak/>
        <w:t>• All class assignments given by the teachers</w:t>
      </w:r>
      <w:r w:rsidRPr="00BC7AE0">
        <w:rPr>
          <w:rFonts w:ascii="Times New Roman" w:hAnsi="Times New Roman" w:cs="Times New Roman"/>
          <w:b/>
          <w:sz w:val="24"/>
        </w:rPr>
        <w:t xml:space="preserve"> MUST</w:t>
      </w:r>
      <w:r w:rsidRPr="006601E6">
        <w:rPr>
          <w:rFonts w:ascii="Times New Roman" w:hAnsi="Times New Roman" w:cs="Times New Roman"/>
          <w:sz w:val="24"/>
        </w:rPr>
        <w:t xml:space="preserve"> be done to the satisfaction of the teachers and handed in for marking. Failure to adhere to this will result in punishment such as reducing the m</w:t>
      </w:r>
      <w:r>
        <w:rPr>
          <w:rFonts w:ascii="Times New Roman" w:hAnsi="Times New Roman" w:cs="Times New Roman"/>
          <w:sz w:val="24"/>
        </w:rPr>
        <w:t>arks and/or parent involvement.</w:t>
      </w:r>
    </w:p>
    <w:p w:rsidR="00671459" w:rsidRDefault="006601E6" w:rsidP="00BC7AE0">
      <w:pPr>
        <w:pStyle w:val="BodyText"/>
        <w:numPr>
          <w:ilvl w:val="0"/>
          <w:numId w:val="17"/>
        </w:numPr>
        <w:rPr>
          <w:rFonts w:ascii="Times New Roman" w:hAnsi="Times New Roman" w:cs="Times New Roman"/>
          <w:sz w:val="24"/>
        </w:rPr>
      </w:pPr>
      <w:r w:rsidRPr="006601E6">
        <w:rPr>
          <w:rFonts w:ascii="Times New Roman" w:hAnsi="Times New Roman" w:cs="Times New Roman"/>
          <w:sz w:val="24"/>
        </w:rPr>
        <w:t>Exam irregularities like copying from each other, discussing answers, sneaking notes in exam rooms, accessing exams prior being done, sleeping in exam rooms, hiding notes/books in the washrooms/flower beds etc. will lead to suspension.</w:t>
      </w:r>
    </w:p>
    <w:p w:rsidR="00671459" w:rsidRPr="00671459" w:rsidRDefault="00671459" w:rsidP="00BC7AE0">
      <w:pPr>
        <w:pStyle w:val="BodyText"/>
        <w:numPr>
          <w:ilvl w:val="0"/>
          <w:numId w:val="16"/>
        </w:numPr>
        <w:rPr>
          <w:rFonts w:ascii="Times New Roman" w:hAnsi="Times New Roman" w:cs="Times New Roman"/>
          <w:sz w:val="24"/>
        </w:rPr>
      </w:pPr>
      <w:r w:rsidRPr="00671459">
        <w:rPr>
          <w:rFonts w:ascii="Times New Roman" w:hAnsi="Times New Roman" w:cs="Times New Roman"/>
          <w:sz w:val="24"/>
        </w:rPr>
        <w:t xml:space="preserve">All students </w:t>
      </w:r>
      <w:r w:rsidRPr="00BC7AE0">
        <w:rPr>
          <w:rFonts w:ascii="Times New Roman" w:hAnsi="Times New Roman" w:cs="Times New Roman"/>
          <w:b/>
          <w:sz w:val="24"/>
        </w:rPr>
        <w:t xml:space="preserve">MUST </w:t>
      </w:r>
      <w:r w:rsidRPr="00671459">
        <w:rPr>
          <w:rFonts w:ascii="Times New Roman" w:hAnsi="Times New Roman" w:cs="Times New Roman"/>
          <w:sz w:val="24"/>
        </w:rPr>
        <w:t xml:space="preserve">be conversant with the school daily routine and must adhere to it. Everyone should be at the right place at the right time. That is observed times to be in the classroom, dining hall for meals, games and into the dormitory. Lateness without genuine </w:t>
      </w:r>
      <w:r w:rsidR="006601E6">
        <w:rPr>
          <w:rFonts w:ascii="Times New Roman" w:hAnsi="Times New Roman" w:cs="Times New Roman"/>
          <w:sz w:val="24"/>
        </w:rPr>
        <w:t>reason will warrant punishment.</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Making noise in the dormitory after the lights</w:t>
      </w:r>
      <w:r w:rsidR="006601E6">
        <w:rPr>
          <w:rFonts w:ascii="Times New Roman" w:hAnsi="Times New Roman" w:cs="Times New Roman"/>
          <w:sz w:val="24"/>
        </w:rPr>
        <w:t xml:space="preserve"> are off will not be tolerated.</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Shouting, screaming unnecessarily</w:t>
      </w:r>
      <w:r w:rsidR="006601E6">
        <w:rPr>
          <w:rFonts w:ascii="Times New Roman" w:hAnsi="Times New Roman" w:cs="Times New Roman"/>
          <w:sz w:val="24"/>
        </w:rPr>
        <w:t xml:space="preserve"> or being in the wrong classes.</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All the students, unless physical challenges must be neat and various co-curricular activities and also be a member of at least one club and one society. This is to help the student maintain physical fitness and also divert their excessive energy away from people into the proper usage. This is to nurture the student’s social and leadership skill. For the students not physically fit for aggressive field activities, the school has provided a variety of indoor games. Students must always wear the correct spo</w:t>
      </w:r>
      <w:r w:rsidR="006601E6">
        <w:rPr>
          <w:rFonts w:ascii="Times New Roman" w:hAnsi="Times New Roman" w:cs="Times New Roman"/>
          <w:sz w:val="24"/>
        </w:rPr>
        <w:t>rts uniform during such events.</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xml:space="preserve">• Sleeping is </w:t>
      </w:r>
      <w:r w:rsidRPr="00BC7AE0">
        <w:rPr>
          <w:rFonts w:ascii="Times New Roman" w:hAnsi="Times New Roman" w:cs="Times New Roman"/>
          <w:b/>
          <w:sz w:val="24"/>
        </w:rPr>
        <w:t>ONLY</w:t>
      </w:r>
      <w:r w:rsidRPr="00671459">
        <w:rPr>
          <w:rFonts w:ascii="Times New Roman" w:hAnsi="Times New Roman" w:cs="Times New Roman"/>
          <w:sz w:val="24"/>
        </w:rPr>
        <w:t xml:space="preserve"> allowed in the dormitories. Sleeping in the classroom during lesson or </w:t>
      </w:r>
      <w:r w:rsidR="006601E6">
        <w:rPr>
          <w:rFonts w:ascii="Times New Roman" w:hAnsi="Times New Roman" w:cs="Times New Roman"/>
          <w:sz w:val="24"/>
        </w:rPr>
        <w:t>any other time is not allowed.</w:t>
      </w: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 No student is allowed in the dormitory during class time, preps or any other unauthorized time unless with permission from the matron, deputy principal or the principal. Under no circumstances should a student access the d</w:t>
      </w:r>
      <w:r w:rsidR="006601E6">
        <w:rPr>
          <w:rFonts w:ascii="Times New Roman" w:hAnsi="Times New Roman" w:cs="Times New Roman"/>
          <w:sz w:val="24"/>
        </w:rPr>
        <w:t>orms through the windows.</w:t>
      </w:r>
    </w:p>
    <w:p w:rsidR="00BC7AE0" w:rsidRDefault="00BC7AE0" w:rsidP="00671459">
      <w:pPr>
        <w:pStyle w:val="BodyText"/>
        <w:rPr>
          <w:rFonts w:ascii="Times New Roman" w:hAnsi="Times New Roman" w:cs="Times New Roman"/>
          <w:sz w:val="24"/>
        </w:rPr>
      </w:pP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THE FEAR OF THE LORD IS THE BEGINNING OF WISDOM.</w:t>
      </w:r>
    </w:p>
    <w:p w:rsidR="00671459" w:rsidRPr="00671459" w:rsidRDefault="00671459" w:rsidP="00671459">
      <w:pPr>
        <w:pStyle w:val="BodyText"/>
        <w:rPr>
          <w:rFonts w:ascii="Times New Roman" w:hAnsi="Times New Roman" w:cs="Times New Roman"/>
          <w:sz w:val="24"/>
        </w:rPr>
      </w:pP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NB: The school may make changes to these rules from time to time. Parents and students will be notified of these changes.</w:t>
      </w:r>
    </w:p>
    <w:p w:rsidR="00671459" w:rsidRPr="00671459" w:rsidRDefault="00671459" w:rsidP="00671459">
      <w:pPr>
        <w:pStyle w:val="BodyText"/>
        <w:rPr>
          <w:rFonts w:ascii="Times New Roman" w:hAnsi="Times New Roman" w:cs="Times New Roman"/>
          <w:sz w:val="24"/>
        </w:rPr>
      </w:pPr>
    </w:p>
    <w:p w:rsidR="00671459" w:rsidRP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Name ________</w:t>
      </w:r>
      <w:r w:rsidR="007804C9">
        <w:rPr>
          <w:rFonts w:ascii="Times New Roman" w:hAnsi="Times New Roman" w:cs="Times New Roman"/>
          <w:sz w:val="24"/>
        </w:rPr>
        <w:t>_________________</w:t>
      </w:r>
      <w:r w:rsidR="00BC7AE0">
        <w:rPr>
          <w:rFonts w:ascii="Times New Roman" w:hAnsi="Times New Roman" w:cs="Times New Roman"/>
          <w:sz w:val="24"/>
        </w:rPr>
        <w:t>_____</w:t>
      </w:r>
      <w:r w:rsidR="007804C9">
        <w:rPr>
          <w:rFonts w:ascii="Times New Roman" w:hAnsi="Times New Roman" w:cs="Times New Roman"/>
          <w:sz w:val="24"/>
        </w:rPr>
        <w:t>_</w:t>
      </w:r>
      <w:r w:rsidRPr="00671459">
        <w:rPr>
          <w:rFonts w:ascii="Times New Roman" w:hAnsi="Times New Roman" w:cs="Times New Roman"/>
          <w:sz w:val="24"/>
        </w:rPr>
        <w:t>___ Date ________</w:t>
      </w:r>
      <w:r w:rsidR="007804C9">
        <w:rPr>
          <w:rFonts w:ascii="Times New Roman" w:hAnsi="Times New Roman" w:cs="Times New Roman"/>
          <w:sz w:val="24"/>
        </w:rPr>
        <w:t>__</w:t>
      </w:r>
      <w:r w:rsidRPr="00671459">
        <w:rPr>
          <w:rFonts w:ascii="Times New Roman" w:hAnsi="Times New Roman" w:cs="Times New Roman"/>
          <w:sz w:val="24"/>
        </w:rPr>
        <w:t xml:space="preserve">___ </w:t>
      </w:r>
      <w:r w:rsidR="007804C9">
        <w:rPr>
          <w:rFonts w:ascii="Times New Roman" w:hAnsi="Times New Roman" w:cs="Times New Roman"/>
          <w:sz w:val="24"/>
        </w:rPr>
        <w:t xml:space="preserve">   </w:t>
      </w:r>
      <w:r w:rsidRPr="00671459">
        <w:rPr>
          <w:rFonts w:ascii="Times New Roman" w:hAnsi="Times New Roman" w:cs="Times New Roman"/>
          <w:sz w:val="24"/>
        </w:rPr>
        <w:t>Sign ___________</w:t>
      </w:r>
    </w:p>
    <w:p w:rsidR="00671459" w:rsidRPr="00671459" w:rsidRDefault="00671459" w:rsidP="00671459">
      <w:pPr>
        <w:pStyle w:val="BodyText"/>
        <w:rPr>
          <w:rFonts w:ascii="Times New Roman" w:hAnsi="Times New Roman" w:cs="Times New Roman"/>
          <w:sz w:val="24"/>
        </w:rPr>
      </w:pPr>
    </w:p>
    <w:p w:rsidR="00671459" w:rsidRDefault="00671459" w:rsidP="00671459">
      <w:pPr>
        <w:pStyle w:val="BodyText"/>
        <w:rPr>
          <w:rFonts w:ascii="Times New Roman" w:hAnsi="Times New Roman" w:cs="Times New Roman"/>
          <w:sz w:val="24"/>
        </w:rPr>
      </w:pPr>
      <w:r w:rsidRPr="00671459">
        <w:rPr>
          <w:rFonts w:ascii="Times New Roman" w:hAnsi="Times New Roman" w:cs="Times New Roman"/>
          <w:sz w:val="24"/>
        </w:rPr>
        <w:t>Parents Name ____</w:t>
      </w:r>
      <w:r w:rsidR="00BC7AE0">
        <w:rPr>
          <w:rFonts w:ascii="Times New Roman" w:hAnsi="Times New Roman" w:cs="Times New Roman"/>
          <w:sz w:val="24"/>
        </w:rPr>
        <w:t>______</w:t>
      </w:r>
      <w:r w:rsidRPr="00671459">
        <w:rPr>
          <w:rFonts w:ascii="Times New Roman" w:hAnsi="Times New Roman" w:cs="Times New Roman"/>
          <w:sz w:val="24"/>
        </w:rPr>
        <w:t>__</w:t>
      </w:r>
      <w:r w:rsidR="007804C9">
        <w:rPr>
          <w:rFonts w:ascii="Times New Roman" w:hAnsi="Times New Roman" w:cs="Times New Roman"/>
          <w:sz w:val="24"/>
        </w:rPr>
        <w:t>_____________</w:t>
      </w:r>
      <w:r w:rsidRPr="00671459">
        <w:rPr>
          <w:rFonts w:ascii="Times New Roman" w:hAnsi="Times New Roman" w:cs="Times New Roman"/>
          <w:sz w:val="24"/>
        </w:rPr>
        <w:t>_____ Date _____</w:t>
      </w:r>
      <w:r w:rsidR="007804C9">
        <w:rPr>
          <w:rFonts w:ascii="Times New Roman" w:hAnsi="Times New Roman" w:cs="Times New Roman"/>
          <w:sz w:val="24"/>
        </w:rPr>
        <w:t>______</w:t>
      </w:r>
      <w:proofErr w:type="gramStart"/>
      <w:r w:rsidR="007804C9">
        <w:rPr>
          <w:rFonts w:ascii="Times New Roman" w:hAnsi="Times New Roman" w:cs="Times New Roman"/>
          <w:sz w:val="24"/>
        </w:rPr>
        <w:t xml:space="preserve">_ </w:t>
      </w:r>
      <w:r w:rsidRPr="00671459">
        <w:rPr>
          <w:rFonts w:ascii="Times New Roman" w:hAnsi="Times New Roman" w:cs="Times New Roman"/>
          <w:sz w:val="24"/>
        </w:rPr>
        <w:t xml:space="preserve"> Sign</w:t>
      </w:r>
      <w:proofErr w:type="gramEnd"/>
      <w:r w:rsidRPr="00671459">
        <w:rPr>
          <w:rFonts w:ascii="Times New Roman" w:hAnsi="Times New Roman" w:cs="Times New Roman"/>
          <w:sz w:val="24"/>
        </w:rPr>
        <w:t xml:space="preserve"> ___________</w:t>
      </w:r>
    </w:p>
    <w:sectPr w:rsidR="00671459" w:rsidSect="00581FE3">
      <w:pgSz w:w="11907" w:h="16839" w:code="9"/>
      <w:pgMar w:top="1440" w:right="1107" w:bottom="81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5B77B25"/>
    <w:multiLevelType w:val="hybridMultilevel"/>
    <w:tmpl w:val="FA006B20"/>
    <w:lvl w:ilvl="0" w:tplc="8536ED8E">
      <w:numFmt w:val="bullet"/>
      <w:lvlText w:val="·"/>
      <w:lvlJc w:val="left"/>
      <w:pPr>
        <w:ind w:left="720" w:hanging="360"/>
      </w:pPr>
      <w:rPr>
        <w:rFonts w:ascii="Times New Roman" w:eastAsia="Microsoft YaHe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AE7445"/>
    <w:multiLevelType w:val="hybridMultilevel"/>
    <w:tmpl w:val="F65A7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F944584"/>
    <w:multiLevelType w:val="hybridMultilevel"/>
    <w:tmpl w:val="EADC8C20"/>
    <w:lvl w:ilvl="0" w:tplc="8536ED8E">
      <w:numFmt w:val="bullet"/>
      <w:lvlText w:val="·"/>
      <w:lvlJc w:val="left"/>
      <w:pPr>
        <w:ind w:left="720" w:hanging="360"/>
      </w:pPr>
      <w:rPr>
        <w:rFonts w:ascii="Times New Roman" w:eastAsia="Microsoft YaHe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3D71D7"/>
    <w:multiLevelType w:val="hybridMultilevel"/>
    <w:tmpl w:val="1BE8E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35438F"/>
    <w:multiLevelType w:val="hybridMultilevel"/>
    <w:tmpl w:val="82321F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7A55889"/>
    <w:multiLevelType w:val="hybridMultilevel"/>
    <w:tmpl w:val="A9C683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8064102"/>
    <w:multiLevelType w:val="hybridMultilevel"/>
    <w:tmpl w:val="57D272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B63467D"/>
    <w:multiLevelType w:val="hybridMultilevel"/>
    <w:tmpl w:val="51128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2"/>
  </w:num>
  <w:num w:numId="12">
    <w:abstractNumId w:val="11"/>
  </w:num>
  <w:num w:numId="13">
    <w:abstractNumId w:val="9"/>
  </w:num>
  <w:num w:numId="14">
    <w:abstractNumId w:val="10"/>
  </w:num>
  <w:num w:numId="15">
    <w:abstractNumId w:val="16"/>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26A8B"/>
    <w:rsid w:val="00034616"/>
    <w:rsid w:val="0006063C"/>
    <w:rsid w:val="0012410C"/>
    <w:rsid w:val="0015074B"/>
    <w:rsid w:val="0029639D"/>
    <w:rsid w:val="00306747"/>
    <w:rsid w:val="00326F90"/>
    <w:rsid w:val="00581FE3"/>
    <w:rsid w:val="006601E6"/>
    <w:rsid w:val="00671459"/>
    <w:rsid w:val="00725635"/>
    <w:rsid w:val="0075455F"/>
    <w:rsid w:val="007804C9"/>
    <w:rsid w:val="009347DD"/>
    <w:rsid w:val="00AA1D8D"/>
    <w:rsid w:val="00B47730"/>
    <w:rsid w:val="00BB64FB"/>
    <w:rsid w:val="00BC7AE0"/>
    <w:rsid w:val="00CB0664"/>
    <w:rsid w:val="00F01BC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eastAsia="Microsoft YaHei" w:hAnsi="Microsoft YaHe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12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10C"/>
    <w:rPr>
      <w:rFonts w:ascii="Tahoma" w:eastAsia="Microsoft YaHe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eastAsia="Microsoft YaHei" w:hAnsi="Microsoft YaHe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12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10C"/>
    <w:rPr>
      <w:rFonts w:ascii="Tahoma" w:eastAsia="Microsoft YaHe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892A8-6CCA-4F56-AC54-747E6D519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2</cp:revision>
  <cp:lastPrinted>2025-12-30T11:54:00Z</cp:lastPrinted>
  <dcterms:created xsi:type="dcterms:W3CDTF">2025-12-30T11:59:00Z</dcterms:created>
  <dcterms:modified xsi:type="dcterms:W3CDTF">2025-12-30T11:59:00Z</dcterms:modified>
</cp:coreProperties>
</file>